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EA42" w14:textId="3C43DE91" w:rsidR="00DC7C04" w:rsidRPr="00DC7C04" w:rsidRDefault="00DC7C04" w:rsidP="00DC7C04">
      <w:pPr>
        <w:jc w:val="center"/>
        <w:rPr>
          <w:rFonts w:ascii="Arial" w:hAnsi="Arial"/>
          <w:sz w:val="18"/>
          <w:lang w:val="fr-FR"/>
        </w:rPr>
      </w:pPr>
      <w:r w:rsidRPr="00DC7C04">
        <w:rPr>
          <w:rFonts w:ascii="Arial" w:hAnsi="Arial"/>
          <w:b/>
          <w:sz w:val="26"/>
          <w:lang w:val="fr-FR"/>
        </w:rPr>
        <w:br/>
        <w:t>TABLEAU DE RÉPERTORISATION DES CANDIDATURES</w:t>
      </w:r>
      <w:r w:rsidRPr="00DC7C04">
        <w:rPr>
          <w:rFonts w:ascii="Arial" w:hAnsi="Arial"/>
          <w:b/>
          <w:sz w:val="26"/>
          <w:lang w:val="fr-FR"/>
        </w:rPr>
        <w:br/>
      </w:r>
      <w:r w:rsidRPr="00DC7C04">
        <w:rPr>
          <w:rFonts w:ascii="Arial" w:hAnsi="Arial"/>
          <w:sz w:val="18"/>
          <w:lang w:val="fr-FR"/>
        </w:rPr>
        <w:t>Assemblée Générale Élective – 5 septembre 2026</w:t>
      </w:r>
    </w:p>
    <w:p w14:paraId="4223BF4B" w14:textId="77777777" w:rsidR="00DC7C04" w:rsidRPr="00DC7C04" w:rsidRDefault="00DC7C04" w:rsidP="00DC7C04">
      <w:pPr>
        <w:rPr>
          <w:rFonts w:ascii="Arial" w:hAnsi="Arial"/>
          <w:sz w:val="18"/>
          <w:lang w:val="fr-FR"/>
        </w:rPr>
      </w:pPr>
      <w:r w:rsidRPr="00DC7C04">
        <w:rPr>
          <w:rFonts w:ascii="Arial" w:hAnsi="Arial"/>
          <w:sz w:val="18"/>
          <w:lang w:val="fr-FR"/>
        </w:rPr>
        <w:t>Nombre d’associations affiliées : 9 | Nombre de postes à pourvoir : 15</w:t>
      </w:r>
    </w:p>
    <w:p w14:paraId="706E6780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t>1. Parakou Baseball Club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2"/>
        <w:gridCol w:w="2698"/>
        <w:gridCol w:w="2525"/>
        <w:gridCol w:w="1598"/>
        <w:gridCol w:w="1367"/>
      </w:tblGrid>
      <w:tr w:rsidR="00DC7C04" w:rsidRPr="00DC7C04" w14:paraId="30645CD4" w14:textId="77777777" w:rsidTr="00DC7C04">
        <w:trPr>
          <w:jc w:val="center"/>
        </w:trPr>
        <w:tc>
          <w:tcPr>
            <w:tcW w:w="442" w:type="dxa"/>
          </w:tcPr>
          <w:p w14:paraId="56858FB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698" w:type="dxa"/>
          </w:tcPr>
          <w:p w14:paraId="5CE81169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525" w:type="dxa"/>
          </w:tcPr>
          <w:p w14:paraId="4DF0DB7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8" w:type="dxa"/>
          </w:tcPr>
          <w:p w14:paraId="2C2104E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7" w:type="dxa"/>
          </w:tcPr>
          <w:p w14:paraId="09C6F2F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3809592F" w14:textId="77777777" w:rsidTr="00DC7C04">
        <w:trPr>
          <w:jc w:val="center"/>
        </w:trPr>
        <w:tc>
          <w:tcPr>
            <w:tcW w:w="442" w:type="dxa"/>
          </w:tcPr>
          <w:p w14:paraId="1549FC1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698" w:type="dxa"/>
          </w:tcPr>
          <w:p w14:paraId="5258FEB5" w14:textId="4C7B055A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GOUTONDE ESTHER</w:t>
            </w:r>
          </w:p>
        </w:tc>
        <w:tc>
          <w:tcPr>
            <w:tcW w:w="2525" w:type="dxa"/>
          </w:tcPr>
          <w:p w14:paraId="32A7544E" w14:textId="77777777" w:rsid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>
              <w:rPr>
                <w:rFonts w:ascii="Arial" w:hAnsi="Arial"/>
                <w:sz w:val="18"/>
                <w:lang w:val="fr-FR"/>
              </w:rPr>
              <w:t xml:space="preserve">- </w:t>
            </w:r>
            <w:proofErr w:type="spellStart"/>
            <w:r w:rsidRPr="00DC7C04">
              <w:rPr>
                <w:rFonts w:ascii="Arial" w:hAnsi="Arial"/>
                <w:sz w:val="18"/>
                <w:lang w:val="fr-FR"/>
              </w:rPr>
              <w:t>Representante</w:t>
            </w:r>
            <w:proofErr w:type="spellEnd"/>
            <w:r w:rsidRPr="00DC7C04">
              <w:rPr>
                <w:rFonts w:ascii="Arial" w:hAnsi="Arial"/>
                <w:sz w:val="18"/>
                <w:lang w:val="fr-FR"/>
              </w:rPr>
              <w:t xml:space="preserve"> des femmes </w:t>
            </w:r>
          </w:p>
          <w:p w14:paraId="3B30455D" w14:textId="585A0136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>
              <w:rPr>
                <w:rFonts w:ascii="Arial" w:hAnsi="Arial"/>
                <w:sz w:val="18"/>
                <w:lang w:val="fr-FR"/>
              </w:rPr>
              <w:t>-</w:t>
            </w:r>
            <w:proofErr w:type="spellStart"/>
            <w:r w:rsidRPr="00DC7C04">
              <w:rPr>
                <w:rFonts w:ascii="Arial" w:hAnsi="Arial"/>
                <w:sz w:val="18"/>
                <w:lang w:val="fr-FR"/>
              </w:rPr>
              <w:t>Deuxieme</w:t>
            </w:r>
            <w:proofErr w:type="spellEnd"/>
            <w:r w:rsidRPr="00DC7C04">
              <w:rPr>
                <w:rFonts w:ascii="Arial" w:hAnsi="Arial"/>
                <w:sz w:val="18"/>
                <w:lang w:val="fr-FR"/>
              </w:rPr>
              <w:t xml:space="preserve"> vice </w:t>
            </w:r>
            <w:proofErr w:type="spellStart"/>
            <w:r w:rsidRPr="00DC7C04">
              <w:rPr>
                <w:rFonts w:ascii="Arial" w:hAnsi="Arial"/>
                <w:sz w:val="18"/>
                <w:lang w:val="fr-FR"/>
              </w:rPr>
              <w:t>presidente</w:t>
            </w:r>
            <w:proofErr w:type="spellEnd"/>
          </w:p>
        </w:tc>
        <w:tc>
          <w:tcPr>
            <w:tcW w:w="1598" w:type="dxa"/>
          </w:tcPr>
          <w:p w14:paraId="45E1D1E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033F8CC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BF668C9" w14:textId="77777777" w:rsidTr="00DC7C04">
        <w:trPr>
          <w:jc w:val="center"/>
        </w:trPr>
        <w:tc>
          <w:tcPr>
            <w:tcW w:w="442" w:type="dxa"/>
          </w:tcPr>
          <w:p w14:paraId="59AF293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698" w:type="dxa"/>
          </w:tcPr>
          <w:p w14:paraId="2FCCAB86" w14:textId="45BDC99D" w:rsidR="00DC7C04" w:rsidRPr="00DC7C04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MAMADOU A. SARDIATH</w:t>
            </w:r>
          </w:p>
        </w:tc>
        <w:tc>
          <w:tcPr>
            <w:tcW w:w="2525" w:type="dxa"/>
          </w:tcPr>
          <w:p w14:paraId="37D73D6D" w14:textId="77777777" w:rsidR="00DC7C04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</w:t>
            </w:r>
          </w:p>
          <w:p w14:paraId="45AC8C4B" w14:textId="77777777" w:rsidR="00243F7B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OG1</w:t>
            </w:r>
          </w:p>
          <w:p w14:paraId="58B78D62" w14:textId="77777777" w:rsidR="00243F7B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RF</w:t>
            </w:r>
          </w:p>
          <w:p w14:paraId="59DD0247" w14:textId="7FBE911F" w:rsidR="00243F7B" w:rsidRPr="00DC7C04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Representante</w:t>
            </w:r>
            <w:proofErr w:type="spellEnd"/>
            <w:r>
              <w:rPr>
                <w:rFonts w:ascii="Arial" w:hAnsi="Arial"/>
                <w:sz w:val="18"/>
              </w:rPr>
              <w:t xml:space="preserve"> Athletes</w:t>
            </w:r>
          </w:p>
        </w:tc>
        <w:tc>
          <w:tcPr>
            <w:tcW w:w="1598" w:type="dxa"/>
          </w:tcPr>
          <w:p w14:paraId="0EAD4C6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29584FB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00B6112" w14:textId="77777777" w:rsidTr="00DC7C04">
        <w:trPr>
          <w:jc w:val="center"/>
        </w:trPr>
        <w:tc>
          <w:tcPr>
            <w:tcW w:w="442" w:type="dxa"/>
          </w:tcPr>
          <w:p w14:paraId="771EA9E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698" w:type="dxa"/>
          </w:tcPr>
          <w:p w14:paraId="6E69F12A" w14:textId="08B8B1DB" w:rsidR="00DC7C04" w:rsidRPr="00DC7C04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GOGAN C. A. NOEL </w:t>
            </w:r>
          </w:p>
        </w:tc>
        <w:tc>
          <w:tcPr>
            <w:tcW w:w="2525" w:type="dxa"/>
          </w:tcPr>
          <w:p w14:paraId="0C066E61" w14:textId="77777777" w:rsidR="00DC7C04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Secretaire General Adjoint</w:t>
            </w:r>
          </w:p>
          <w:p w14:paraId="200BD386" w14:textId="77777777" w:rsidR="00617117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Tresorier</w:t>
            </w:r>
            <w:proofErr w:type="spellEnd"/>
            <w:r>
              <w:rPr>
                <w:rFonts w:ascii="Arial" w:hAnsi="Arial"/>
                <w:sz w:val="18"/>
              </w:rPr>
              <w:t xml:space="preserve"> General</w:t>
            </w:r>
          </w:p>
          <w:p w14:paraId="7155D310" w14:textId="05415A00" w:rsidR="00617117" w:rsidRPr="00DC7C04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OG1</w:t>
            </w:r>
          </w:p>
        </w:tc>
        <w:tc>
          <w:tcPr>
            <w:tcW w:w="1598" w:type="dxa"/>
          </w:tcPr>
          <w:p w14:paraId="048F01E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7D49B75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788ACAC" w14:textId="77777777" w:rsidTr="00DC7C04">
        <w:trPr>
          <w:jc w:val="center"/>
        </w:trPr>
        <w:tc>
          <w:tcPr>
            <w:tcW w:w="442" w:type="dxa"/>
          </w:tcPr>
          <w:p w14:paraId="1F97A8B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698" w:type="dxa"/>
          </w:tcPr>
          <w:p w14:paraId="1830184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0820EEB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72725A1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27F6F10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4F25358" w14:textId="77777777" w:rsidTr="00DC7C04">
        <w:trPr>
          <w:jc w:val="center"/>
        </w:trPr>
        <w:tc>
          <w:tcPr>
            <w:tcW w:w="442" w:type="dxa"/>
          </w:tcPr>
          <w:p w14:paraId="61551F3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698" w:type="dxa"/>
          </w:tcPr>
          <w:p w14:paraId="199C88C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253832C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7800D92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5396A2D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309D83B" w14:textId="77777777" w:rsidTr="00DC7C04">
        <w:trPr>
          <w:jc w:val="center"/>
        </w:trPr>
        <w:tc>
          <w:tcPr>
            <w:tcW w:w="442" w:type="dxa"/>
          </w:tcPr>
          <w:p w14:paraId="6F74421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698" w:type="dxa"/>
          </w:tcPr>
          <w:p w14:paraId="5A1948F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17123F3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3210265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309C30D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831128D" w14:textId="77777777" w:rsidTr="00DC7C04">
        <w:trPr>
          <w:jc w:val="center"/>
        </w:trPr>
        <w:tc>
          <w:tcPr>
            <w:tcW w:w="442" w:type="dxa"/>
          </w:tcPr>
          <w:p w14:paraId="5BB9378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698" w:type="dxa"/>
          </w:tcPr>
          <w:p w14:paraId="6B935B9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0F2E19E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76A5AA6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4C86532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080A058" w14:textId="77777777" w:rsidTr="00DC7C04">
        <w:trPr>
          <w:jc w:val="center"/>
        </w:trPr>
        <w:tc>
          <w:tcPr>
            <w:tcW w:w="442" w:type="dxa"/>
          </w:tcPr>
          <w:p w14:paraId="6DA1901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698" w:type="dxa"/>
          </w:tcPr>
          <w:p w14:paraId="6A21157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1241A47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7B4E429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045D75E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3AD3CEF" w14:textId="77777777" w:rsidTr="00DC7C04">
        <w:trPr>
          <w:jc w:val="center"/>
        </w:trPr>
        <w:tc>
          <w:tcPr>
            <w:tcW w:w="442" w:type="dxa"/>
          </w:tcPr>
          <w:p w14:paraId="319414C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698" w:type="dxa"/>
          </w:tcPr>
          <w:p w14:paraId="18ED003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572DF82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1994BBA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79F0530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B820C06" w14:textId="77777777" w:rsidTr="00DC7C04">
        <w:trPr>
          <w:jc w:val="center"/>
        </w:trPr>
        <w:tc>
          <w:tcPr>
            <w:tcW w:w="442" w:type="dxa"/>
          </w:tcPr>
          <w:p w14:paraId="7807622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698" w:type="dxa"/>
          </w:tcPr>
          <w:p w14:paraId="4E4C8CD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69C4E44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4177855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2144126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8016EFD" w14:textId="77777777" w:rsidTr="00DC7C04">
        <w:trPr>
          <w:jc w:val="center"/>
        </w:trPr>
        <w:tc>
          <w:tcPr>
            <w:tcW w:w="442" w:type="dxa"/>
          </w:tcPr>
          <w:p w14:paraId="5714148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698" w:type="dxa"/>
          </w:tcPr>
          <w:p w14:paraId="38644A6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7A87E0B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49C55B6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335110E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4A9EB2B" w14:textId="77777777" w:rsidTr="00DC7C04">
        <w:trPr>
          <w:jc w:val="center"/>
        </w:trPr>
        <w:tc>
          <w:tcPr>
            <w:tcW w:w="442" w:type="dxa"/>
          </w:tcPr>
          <w:p w14:paraId="7A0BC54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698" w:type="dxa"/>
          </w:tcPr>
          <w:p w14:paraId="309C788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7DC7D7C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76AE1B9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1064C36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C57711C" w14:textId="77777777" w:rsidTr="00DC7C04">
        <w:trPr>
          <w:jc w:val="center"/>
        </w:trPr>
        <w:tc>
          <w:tcPr>
            <w:tcW w:w="442" w:type="dxa"/>
          </w:tcPr>
          <w:p w14:paraId="05AF777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698" w:type="dxa"/>
          </w:tcPr>
          <w:p w14:paraId="3785BA9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2054D1F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710865D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6A3708B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7AEA786" w14:textId="77777777" w:rsidTr="00DC7C04">
        <w:trPr>
          <w:jc w:val="center"/>
        </w:trPr>
        <w:tc>
          <w:tcPr>
            <w:tcW w:w="442" w:type="dxa"/>
          </w:tcPr>
          <w:p w14:paraId="219B245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698" w:type="dxa"/>
          </w:tcPr>
          <w:p w14:paraId="57CD663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7DD7DCB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5D3B5F4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49C2F7F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406DD9D" w14:textId="77777777" w:rsidTr="00DC7C04">
        <w:trPr>
          <w:jc w:val="center"/>
        </w:trPr>
        <w:tc>
          <w:tcPr>
            <w:tcW w:w="442" w:type="dxa"/>
          </w:tcPr>
          <w:p w14:paraId="625DAAC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698" w:type="dxa"/>
          </w:tcPr>
          <w:p w14:paraId="3E6C773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5" w:type="dxa"/>
          </w:tcPr>
          <w:p w14:paraId="62276A2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8" w:type="dxa"/>
          </w:tcPr>
          <w:p w14:paraId="1D2031D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7" w:type="dxa"/>
          </w:tcPr>
          <w:p w14:paraId="7724A62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2670B9C3" w14:textId="77777777" w:rsidR="00DC7C04" w:rsidRPr="00DC7C04" w:rsidRDefault="00DC7C04" w:rsidP="00DC7C04">
      <w:pPr>
        <w:rPr>
          <w:rFonts w:ascii="Arial" w:hAnsi="Arial"/>
          <w:sz w:val="18"/>
        </w:rPr>
      </w:pPr>
    </w:p>
    <w:p w14:paraId="4D932CA1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t xml:space="preserve">2. </w:t>
      </w:r>
      <w:proofErr w:type="spellStart"/>
      <w:r w:rsidRPr="00DC7C04">
        <w:rPr>
          <w:rFonts w:ascii="Arial" w:hAnsi="Arial"/>
          <w:b/>
          <w:sz w:val="18"/>
        </w:rPr>
        <w:t>BohIcon</w:t>
      </w:r>
      <w:proofErr w:type="spellEnd"/>
      <w:r w:rsidRPr="00DC7C04">
        <w:rPr>
          <w:rFonts w:ascii="Arial" w:hAnsi="Arial"/>
          <w:b/>
          <w:sz w:val="18"/>
        </w:rPr>
        <w:t xml:space="preserve"> Baseball Club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2700"/>
        <w:gridCol w:w="2520"/>
        <w:gridCol w:w="1597"/>
        <w:gridCol w:w="1368"/>
      </w:tblGrid>
      <w:tr w:rsidR="00DC7C04" w:rsidRPr="00DC7C04" w14:paraId="3E9B304C" w14:textId="77777777" w:rsidTr="00DC7C04">
        <w:trPr>
          <w:jc w:val="center"/>
        </w:trPr>
        <w:tc>
          <w:tcPr>
            <w:tcW w:w="445" w:type="dxa"/>
          </w:tcPr>
          <w:p w14:paraId="2223FE9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700" w:type="dxa"/>
          </w:tcPr>
          <w:p w14:paraId="59E9F7F6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520" w:type="dxa"/>
          </w:tcPr>
          <w:p w14:paraId="7FDA78C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7" w:type="dxa"/>
          </w:tcPr>
          <w:p w14:paraId="7B59218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8" w:type="dxa"/>
          </w:tcPr>
          <w:p w14:paraId="2568C00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1160F465" w14:textId="77777777" w:rsidTr="00DC7C04">
        <w:trPr>
          <w:jc w:val="center"/>
        </w:trPr>
        <w:tc>
          <w:tcPr>
            <w:tcW w:w="445" w:type="dxa"/>
          </w:tcPr>
          <w:p w14:paraId="62989B1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700" w:type="dxa"/>
          </w:tcPr>
          <w:p w14:paraId="1382A623" w14:textId="5F073EF8" w:rsidR="00DC7C04" w:rsidRPr="00DC7C04" w:rsidRDefault="00F43FE2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HOUEGBEME S. ROMUALD</w:t>
            </w:r>
          </w:p>
        </w:tc>
        <w:tc>
          <w:tcPr>
            <w:tcW w:w="2520" w:type="dxa"/>
          </w:tcPr>
          <w:p w14:paraId="573AA953" w14:textId="77777777" w:rsidR="00DC7C04" w:rsidRPr="00F43FE2" w:rsidRDefault="00F43FE2" w:rsidP="00DC7C04">
            <w:pPr>
              <w:rPr>
                <w:rFonts w:ascii="Arial" w:hAnsi="Arial"/>
                <w:sz w:val="18"/>
                <w:lang w:val="fr-FR"/>
              </w:rPr>
            </w:pPr>
            <w:r w:rsidRPr="00F43FE2">
              <w:rPr>
                <w:rFonts w:ascii="Arial" w:hAnsi="Arial"/>
                <w:sz w:val="18"/>
                <w:lang w:val="fr-FR"/>
              </w:rPr>
              <w:t>- Premier Vice President</w:t>
            </w:r>
          </w:p>
          <w:p w14:paraId="162C4BF5" w14:textId="1E8171D1" w:rsidR="00F43FE2" w:rsidRPr="00DC7C04" w:rsidRDefault="00F43FE2" w:rsidP="00DC7C04">
            <w:pPr>
              <w:rPr>
                <w:rFonts w:ascii="Arial" w:hAnsi="Arial"/>
                <w:sz w:val="18"/>
                <w:lang w:val="fr-FR"/>
              </w:rPr>
            </w:pPr>
            <w:r w:rsidRPr="00F43FE2">
              <w:rPr>
                <w:rFonts w:ascii="Arial" w:hAnsi="Arial"/>
                <w:sz w:val="18"/>
                <w:lang w:val="fr-FR"/>
              </w:rPr>
              <w:t xml:space="preserve">- </w:t>
            </w:r>
            <w:proofErr w:type="spellStart"/>
            <w:r w:rsidRPr="00F43FE2">
              <w:rPr>
                <w:rFonts w:ascii="Arial" w:hAnsi="Arial"/>
                <w:sz w:val="18"/>
                <w:lang w:val="fr-FR"/>
              </w:rPr>
              <w:t>Deuxieme</w:t>
            </w:r>
            <w:proofErr w:type="spellEnd"/>
            <w:r w:rsidRPr="00F43FE2">
              <w:rPr>
                <w:rFonts w:ascii="Arial" w:hAnsi="Arial"/>
                <w:sz w:val="18"/>
                <w:lang w:val="fr-FR"/>
              </w:rPr>
              <w:t xml:space="preserve"> V</w:t>
            </w:r>
            <w:r>
              <w:rPr>
                <w:rFonts w:ascii="Arial" w:hAnsi="Arial"/>
                <w:sz w:val="18"/>
                <w:lang w:val="fr-FR"/>
              </w:rPr>
              <w:t>ice President</w:t>
            </w:r>
          </w:p>
        </w:tc>
        <w:tc>
          <w:tcPr>
            <w:tcW w:w="1597" w:type="dxa"/>
          </w:tcPr>
          <w:p w14:paraId="3C6AB52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4B5112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57E2B3E" w14:textId="77777777" w:rsidTr="00DC7C04">
        <w:trPr>
          <w:jc w:val="center"/>
        </w:trPr>
        <w:tc>
          <w:tcPr>
            <w:tcW w:w="445" w:type="dxa"/>
          </w:tcPr>
          <w:p w14:paraId="4F8C82A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700" w:type="dxa"/>
          </w:tcPr>
          <w:p w14:paraId="5C7C66A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2B7BF54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D7D9D5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70A697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5ED014A" w14:textId="77777777" w:rsidTr="00DC7C04">
        <w:trPr>
          <w:jc w:val="center"/>
        </w:trPr>
        <w:tc>
          <w:tcPr>
            <w:tcW w:w="445" w:type="dxa"/>
          </w:tcPr>
          <w:p w14:paraId="244DB7E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700" w:type="dxa"/>
          </w:tcPr>
          <w:p w14:paraId="5494CC3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6B6C509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55DC56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96A813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74FFA2C" w14:textId="77777777" w:rsidTr="00DC7C04">
        <w:trPr>
          <w:jc w:val="center"/>
        </w:trPr>
        <w:tc>
          <w:tcPr>
            <w:tcW w:w="445" w:type="dxa"/>
          </w:tcPr>
          <w:p w14:paraId="60573E9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700" w:type="dxa"/>
          </w:tcPr>
          <w:p w14:paraId="0E08DE0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05399A3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DDDFF4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896413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A15F9E4" w14:textId="77777777" w:rsidTr="00DC7C04">
        <w:trPr>
          <w:jc w:val="center"/>
        </w:trPr>
        <w:tc>
          <w:tcPr>
            <w:tcW w:w="445" w:type="dxa"/>
          </w:tcPr>
          <w:p w14:paraId="323D501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700" w:type="dxa"/>
          </w:tcPr>
          <w:p w14:paraId="7537321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618A6A9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628C80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58F6B5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B2517AD" w14:textId="77777777" w:rsidTr="00DC7C04">
        <w:trPr>
          <w:jc w:val="center"/>
        </w:trPr>
        <w:tc>
          <w:tcPr>
            <w:tcW w:w="445" w:type="dxa"/>
          </w:tcPr>
          <w:p w14:paraId="1820816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700" w:type="dxa"/>
          </w:tcPr>
          <w:p w14:paraId="3210797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3D10EDE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D8278D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162175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5A4E1BE" w14:textId="77777777" w:rsidTr="00DC7C04">
        <w:trPr>
          <w:jc w:val="center"/>
        </w:trPr>
        <w:tc>
          <w:tcPr>
            <w:tcW w:w="445" w:type="dxa"/>
          </w:tcPr>
          <w:p w14:paraId="690A29D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700" w:type="dxa"/>
          </w:tcPr>
          <w:p w14:paraId="45F4808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4FF3062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93F8A2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5A3529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0522FFA" w14:textId="77777777" w:rsidTr="00DC7C04">
        <w:trPr>
          <w:jc w:val="center"/>
        </w:trPr>
        <w:tc>
          <w:tcPr>
            <w:tcW w:w="445" w:type="dxa"/>
          </w:tcPr>
          <w:p w14:paraId="5175234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700" w:type="dxa"/>
          </w:tcPr>
          <w:p w14:paraId="15D6E19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6F9A0BD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3C42B3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7BAB22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E83D0B7" w14:textId="77777777" w:rsidTr="00DC7C04">
        <w:trPr>
          <w:jc w:val="center"/>
        </w:trPr>
        <w:tc>
          <w:tcPr>
            <w:tcW w:w="445" w:type="dxa"/>
          </w:tcPr>
          <w:p w14:paraId="1C077C8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700" w:type="dxa"/>
          </w:tcPr>
          <w:p w14:paraId="6641713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77A0C52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DB7A31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8F9497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0E97132" w14:textId="77777777" w:rsidTr="00DC7C04">
        <w:trPr>
          <w:jc w:val="center"/>
        </w:trPr>
        <w:tc>
          <w:tcPr>
            <w:tcW w:w="445" w:type="dxa"/>
          </w:tcPr>
          <w:p w14:paraId="31EAD3B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700" w:type="dxa"/>
          </w:tcPr>
          <w:p w14:paraId="18C83DF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54FEE31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15A841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88AD3B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5A7E518" w14:textId="77777777" w:rsidTr="00DC7C04">
        <w:trPr>
          <w:jc w:val="center"/>
        </w:trPr>
        <w:tc>
          <w:tcPr>
            <w:tcW w:w="445" w:type="dxa"/>
          </w:tcPr>
          <w:p w14:paraId="36A850D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700" w:type="dxa"/>
          </w:tcPr>
          <w:p w14:paraId="72326BD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135F531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B02B61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20FDD4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AE0BD26" w14:textId="77777777" w:rsidTr="00DC7C04">
        <w:trPr>
          <w:jc w:val="center"/>
        </w:trPr>
        <w:tc>
          <w:tcPr>
            <w:tcW w:w="445" w:type="dxa"/>
          </w:tcPr>
          <w:p w14:paraId="450CCBC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700" w:type="dxa"/>
          </w:tcPr>
          <w:p w14:paraId="16F3112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05E6AA7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D25624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E38249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DAEA622" w14:textId="77777777" w:rsidTr="00DC7C04">
        <w:trPr>
          <w:jc w:val="center"/>
        </w:trPr>
        <w:tc>
          <w:tcPr>
            <w:tcW w:w="445" w:type="dxa"/>
          </w:tcPr>
          <w:p w14:paraId="4AC5442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700" w:type="dxa"/>
          </w:tcPr>
          <w:p w14:paraId="0CD474F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4D99128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468D89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549723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BE29109" w14:textId="77777777" w:rsidTr="00DC7C04">
        <w:trPr>
          <w:jc w:val="center"/>
        </w:trPr>
        <w:tc>
          <w:tcPr>
            <w:tcW w:w="445" w:type="dxa"/>
          </w:tcPr>
          <w:p w14:paraId="2028222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700" w:type="dxa"/>
          </w:tcPr>
          <w:p w14:paraId="3EB2BD5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6A16423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2F6233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7B312B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5378DAB" w14:textId="77777777" w:rsidTr="00DC7C04">
        <w:trPr>
          <w:jc w:val="center"/>
        </w:trPr>
        <w:tc>
          <w:tcPr>
            <w:tcW w:w="445" w:type="dxa"/>
          </w:tcPr>
          <w:p w14:paraId="1DE2DED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700" w:type="dxa"/>
          </w:tcPr>
          <w:p w14:paraId="238B860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520" w:type="dxa"/>
          </w:tcPr>
          <w:p w14:paraId="3AA226B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9B428B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F8A3C4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7F42A818" w14:textId="77777777" w:rsidR="00DC7C04" w:rsidRPr="00DC7C04" w:rsidRDefault="00DC7C04" w:rsidP="00DC7C04">
      <w:pPr>
        <w:rPr>
          <w:rFonts w:ascii="Arial" w:hAnsi="Arial"/>
          <w:sz w:val="18"/>
        </w:rPr>
      </w:pPr>
    </w:p>
    <w:p w14:paraId="3B378BCB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lastRenderedPageBreak/>
        <w:t>3. ASBA CLUB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2903"/>
        <w:gridCol w:w="2317"/>
        <w:gridCol w:w="1597"/>
        <w:gridCol w:w="1368"/>
      </w:tblGrid>
      <w:tr w:rsidR="00DC7C04" w:rsidRPr="00DC7C04" w14:paraId="052DD663" w14:textId="77777777" w:rsidTr="00DC7C04">
        <w:trPr>
          <w:jc w:val="center"/>
        </w:trPr>
        <w:tc>
          <w:tcPr>
            <w:tcW w:w="445" w:type="dxa"/>
          </w:tcPr>
          <w:p w14:paraId="5CFAB3F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903" w:type="dxa"/>
          </w:tcPr>
          <w:p w14:paraId="18D65CE1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317" w:type="dxa"/>
          </w:tcPr>
          <w:p w14:paraId="72B5D0E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7" w:type="dxa"/>
          </w:tcPr>
          <w:p w14:paraId="441CB58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8" w:type="dxa"/>
          </w:tcPr>
          <w:p w14:paraId="1C6C636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6254142F" w14:textId="77777777" w:rsidTr="00DC7C04">
        <w:trPr>
          <w:jc w:val="center"/>
        </w:trPr>
        <w:tc>
          <w:tcPr>
            <w:tcW w:w="445" w:type="dxa"/>
          </w:tcPr>
          <w:p w14:paraId="4A864C6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903" w:type="dxa"/>
          </w:tcPr>
          <w:p w14:paraId="1D2D4331" w14:textId="514FB695" w:rsidR="00DC7C04" w:rsidRPr="00DC7C04" w:rsidRDefault="003544E6" w:rsidP="00DC7C04">
            <w:pPr>
              <w:rPr>
                <w:rFonts w:ascii="Arial" w:hAnsi="Arial"/>
                <w:sz w:val="18"/>
                <w:lang w:val="fr-FR"/>
              </w:rPr>
            </w:pPr>
            <w:r w:rsidRPr="003544E6">
              <w:rPr>
                <w:rFonts w:ascii="Arial" w:hAnsi="Arial"/>
                <w:sz w:val="18"/>
                <w:lang w:val="fr-FR"/>
              </w:rPr>
              <w:t xml:space="preserve">ATANNON S. SAINT CYR </w:t>
            </w:r>
            <w:r>
              <w:rPr>
                <w:rFonts w:ascii="Arial" w:hAnsi="Arial"/>
                <w:sz w:val="18"/>
                <w:lang w:val="fr-FR"/>
              </w:rPr>
              <w:t>T.</w:t>
            </w:r>
          </w:p>
        </w:tc>
        <w:tc>
          <w:tcPr>
            <w:tcW w:w="2317" w:type="dxa"/>
          </w:tcPr>
          <w:p w14:paraId="532C8831" w14:textId="77777777" w:rsidR="00DC7C04" w:rsidRDefault="003544E6" w:rsidP="00DC7C04">
            <w:pPr>
              <w:rPr>
                <w:rFonts w:ascii="Arial" w:hAnsi="Arial"/>
                <w:sz w:val="18"/>
                <w:lang w:val="fr-FR"/>
              </w:rPr>
            </w:pPr>
            <w:r>
              <w:rPr>
                <w:rFonts w:ascii="Arial" w:hAnsi="Arial"/>
                <w:sz w:val="18"/>
                <w:lang w:val="fr-FR"/>
              </w:rPr>
              <w:t>- SG</w:t>
            </w:r>
          </w:p>
          <w:p w14:paraId="08F33CA7" w14:textId="0257F6EB" w:rsidR="003544E6" w:rsidRDefault="003544E6" w:rsidP="00DC7C04">
            <w:pPr>
              <w:rPr>
                <w:rFonts w:ascii="Arial" w:hAnsi="Arial"/>
                <w:sz w:val="18"/>
                <w:lang w:val="fr-FR"/>
              </w:rPr>
            </w:pPr>
            <w:r>
              <w:rPr>
                <w:rFonts w:ascii="Arial" w:hAnsi="Arial"/>
                <w:sz w:val="18"/>
                <w:lang w:val="fr-FR"/>
              </w:rPr>
              <w:t>- SGA</w:t>
            </w:r>
          </w:p>
          <w:p w14:paraId="48C83BFF" w14:textId="6C91C0E3" w:rsidR="003544E6" w:rsidRDefault="003544E6" w:rsidP="00DC7C04">
            <w:pPr>
              <w:rPr>
                <w:rFonts w:ascii="Arial" w:hAnsi="Arial"/>
                <w:sz w:val="18"/>
                <w:lang w:val="fr-FR"/>
              </w:rPr>
            </w:pPr>
            <w:r>
              <w:rPr>
                <w:rFonts w:ascii="Arial" w:hAnsi="Arial"/>
                <w:sz w:val="18"/>
                <w:lang w:val="fr-FR"/>
              </w:rPr>
              <w:t>- TGA</w:t>
            </w:r>
          </w:p>
          <w:p w14:paraId="6C775E61" w14:textId="7DDB8887" w:rsidR="003544E6" w:rsidRPr="00DC7C04" w:rsidRDefault="003544E6" w:rsidP="00DC7C04">
            <w:pPr>
              <w:rPr>
                <w:rFonts w:ascii="Arial" w:hAnsi="Arial"/>
                <w:sz w:val="18"/>
                <w:lang w:val="fr-FR"/>
              </w:rPr>
            </w:pPr>
            <w:r>
              <w:rPr>
                <w:rFonts w:ascii="Arial" w:hAnsi="Arial"/>
                <w:sz w:val="18"/>
                <w:lang w:val="fr-FR"/>
              </w:rPr>
              <w:t>- OG2</w:t>
            </w:r>
          </w:p>
        </w:tc>
        <w:tc>
          <w:tcPr>
            <w:tcW w:w="1597" w:type="dxa"/>
          </w:tcPr>
          <w:p w14:paraId="3A6C963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2CA9F7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256D05C" w14:textId="77777777" w:rsidTr="00DC7C04">
        <w:trPr>
          <w:jc w:val="center"/>
        </w:trPr>
        <w:tc>
          <w:tcPr>
            <w:tcW w:w="445" w:type="dxa"/>
          </w:tcPr>
          <w:p w14:paraId="4E97306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903" w:type="dxa"/>
          </w:tcPr>
          <w:p w14:paraId="1928DDC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FCFCBA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1C52C7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446FCA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4704F42" w14:textId="77777777" w:rsidTr="00DC7C04">
        <w:trPr>
          <w:jc w:val="center"/>
        </w:trPr>
        <w:tc>
          <w:tcPr>
            <w:tcW w:w="445" w:type="dxa"/>
          </w:tcPr>
          <w:p w14:paraId="7784166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903" w:type="dxa"/>
          </w:tcPr>
          <w:p w14:paraId="215CB4C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C9103A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245D5B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C24A23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36A4670" w14:textId="77777777" w:rsidTr="00DC7C04">
        <w:trPr>
          <w:jc w:val="center"/>
        </w:trPr>
        <w:tc>
          <w:tcPr>
            <w:tcW w:w="445" w:type="dxa"/>
          </w:tcPr>
          <w:p w14:paraId="339D55B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903" w:type="dxa"/>
          </w:tcPr>
          <w:p w14:paraId="35ED426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A19B18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6BD4E4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770F4C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EA5D7DD" w14:textId="77777777" w:rsidTr="00DC7C04">
        <w:trPr>
          <w:jc w:val="center"/>
        </w:trPr>
        <w:tc>
          <w:tcPr>
            <w:tcW w:w="445" w:type="dxa"/>
          </w:tcPr>
          <w:p w14:paraId="3F1D049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903" w:type="dxa"/>
          </w:tcPr>
          <w:p w14:paraId="5746D14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2D76D4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D87360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72F5A3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0208A6C" w14:textId="77777777" w:rsidTr="00DC7C04">
        <w:trPr>
          <w:jc w:val="center"/>
        </w:trPr>
        <w:tc>
          <w:tcPr>
            <w:tcW w:w="445" w:type="dxa"/>
          </w:tcPr>
          <w:p w14:paraId="2B56FCD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903" w:type="dxa"/>
          </w:tcPr>
          <w:p w14:paraId="432FCAB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1B80577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5A88F0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E82EF3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77C5FC0" w14:textId="77777777" w:rsidTr="00DC7C04">
        <w:trPr>
          <w:jc w:val="center"/>
        </w:trPr>
        <w:tc>
          <w:tcPr>
            <w:tcW w:w="445" w:type="dxa"/>
          </w:tcPr>
          <w:p w14:paraId="4B6AF87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903" w:type="dxa"/>
          </w:tcPr>
          <w:p w14:paraId="61CC00D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A4A319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B5D721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AEF402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0791D17" w14:textId="77777777" w:rsidTr="00DC7C04">
        <w:trPr>
          <w:jc w:val="center"/>
        </w:trPr>
        <w:tc>
          <w:tcPr>
            <w:tcW w:w="445" w:type="dxa"/>
          </w:tcPr>
          <w:p w14:paraId="197204D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903" w:type="dxa"/>
          </w:tcPr>
          <w:p w14:paraId="46309FD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271F9D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98A800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15F4F7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CEEBD88" w14:textId="77777777" w:rsidTr="00DC7C04">
        <w:trPr>
          <w:jc w:val="center"/>
        </w:trPr>
        <w:tc>
          <w:tcPr>
            <w:tcW w:w="445" w:type="dxa"/>
          </w:tcPr>
          <w:p w14:paraId="515DDB6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903" w:type="dxa"/>
          </w:tcPr>
          <w:p w14:paraId="18B7461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A09300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D85766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41C4E2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CB12AD7" w14:textId="77777777" w:rsidTr="00DC7C04">
        <w:trPr>
          <w:jc w:val="center"/>
        </w:trPr>
        <w:tc>
          <w:tcPr>
            <w:tcW w:w="445" w:type="dxa"/>
          </w:tcPr>
          <w:p w14:paraId="5DE9C6F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903" w:type="dxa"/>
          </w:tcPr>
          <w:p w14:paraId="6C82291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8708A1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06E69B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6D9CD9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B7F950B" w14:textId="77777777" w:rsidTr="00DC7C04">
        <w:trPr>
          <w:jc w:val="center"/>
        </w:trPr>
        <w:tc>
          <w:tcPr>
            <w:tcW w:w="445" w:type="dxa"/>
          </w:tcPr>
          <w:p w14:paraId="33C5662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903" w:type="dxa"/>
          </w:tcPr>
          <w:p w14:paraId="36ECBD4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327630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90FE46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1B9445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3C5EFF4" w14:textId="77777777" w:rsidTr="00DC7C04">
        <w:trPr>
          <w:jc w:val="center"/>
        </w:trPr>
        <w:tc>
          <w:tcPr>
            <w:tcW w:w="445" w:type="dxa"/>
          </w:tcPr>
          <w:p w14:paraId="6885C63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903" w:type="dxa"/>
          </w:tcPr>
          <w:p w14:paraId="6F12630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2F6DFA1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91FB8E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104E4A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77C5335" w14:textId="77777777" w:rsidTr="00DC7C04">
        <w:trPr>
          <w:jc w:val="center"/>
        </w:trPr>
        <w:tc>
          <w:tcPr>
            <w:tcW w:w="445" w:type="dxa"/>
          </w:tcPr>
          <w:p w14:paraId="0B93507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903" w:type="dxa"/>
          </w:tcPr>
          <w:p w14:paraId="2D81A8A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22F47C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AE1CA4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31AD57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DF9C465" w14:textId="77777777" w:rsidTr="00DC7C04">
        <w:trPr>
          <w:jc w:val="center"/>
        </w:trPr>
        <w:tc>
          <w:tcPr>
            <w:tcW w:w="445" w:type="dxa"/>
          </w:tcPr>
          <w:p w14:paraId="0790E05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903" w:type="dxa"/>
          </w:tcPr>
          <w:p w14:paraId="5BFB130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A1651A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546760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B2A39D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5D49C21" w14:textId="77777777" w:rsidTr="00DC7C04">
        <w:trPr>
          <w:jc w:val="center"/>
        </w:trPr>
        <w:tc>
          <w:tcPr>
            <w:tcW w:w="445" w:type="dxa"/>
          </w:tcPr>
          <w:p w14:paraId="21F047F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903" w:type="dxa"/>
          </w:tcPr>
          <w:p w14:paraId="1A065A9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0CE877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E2E7DB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899F83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32BEEC1C" w14:textId="77777777" w:rsidR="0017130B" w:rsidRPr="00DC7C04" w:rsidRDefault="0017130B" w:rsidP="00DC7C04">
      <w:pPr>
        <w:rPr>
          <w:rFonts w:ascii="Arial" w:hAnsi="Arial"/>
          <w:sz w:val="18"/>
        </w:rPr>
      </w:pPr>
    </w:p>
    <w:p w14:paraId="33010BAD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t>4. Rangers Baseball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2903"/>
        <w:gridCol w:w="2317"/>
        <w:gridCol w:w="1597"/>
        <w:gridCol w:w="1368"/>
      </w:tblGrid>
      <w:tr w:rsidR="00DC7C04" w:rsidRPr="00DC7C04" w14:paraId="31D93441" w14:textId="77777777" w:rsidTr="00DC7C04">
        <w:trPr>
          <w:jc w:val="center"/>
        </w:trPr>
        <w:tc>
          <w:tcPr>
            <w:tcW w:w="445" w:type="dxa"/>
          </w:tcPr>
          <w:p w14:paraId="4A29A7D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903" w:type="dxa"/>
          </w:tcPr>
          <w:p w14:paraId="3B19B615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317" w:type="dxa"/>
          </w:tcPr>
          <w:p w14:paraId="646B139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7" w:type="dxa"/>
          </w:tcPr>
          <w:p w14:paraId="7ADAE75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8" w:type="dxa"/>
          </w:tcPr>
          <w:p w14:paraId="3AE9AE8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672459B0" w14:textId="77777777" w:rsidTr="00DC7C04">
        <w:trPr>
          <w:jc w:val="center"/>
        </w:trPr>
        <w:tc>
          <w:tcPr>
            <w:tcW w:w="445" w:type="dxa"/>
          </w:tcPr>
          <w:p w14:paraId="74B678D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903" w:type="dxa"/>
          </w:tcPr>
          <w:p w14:paraId="17464757" w14:textId="0EDBB968" w:rsidR="00DC7C04" w:rsidRPr="00DC7C04" w:rsidRDefault="003544E6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HOUNDJE A. C. ARISTIDE</w:t>
            </w:r>
          </w:p>
        </w:tc>
        <w:tc>
          <w:tcPr>
            <w:tcW w:w="2317" w:type="dxa"/>
          </w:tcPr>
          <w:p w14:paraId="35E2C107" w14:textId="77777777" w:rsidR="00DC7C04" w:rsidRDefault="003544E6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</w:t>
            </w:r>
          </w:p>
          <w:p w14:paraId="7E2BA4DA" w14:textId="63BDA71A" w:rsidR="003544E6" w:rsidRPr="00DC7C04" w:rsidRDefault="003544E6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OG1</w:t>
            </w:r>
          </w:p>
        </w:tc>
        <w:tc>
          <w:tcPr>
            <w:tcW w:w="1597" w:type="dxa"/>
          </w:tcPr>
          <w:p w14:paraId="6B602DA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3C3BC8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6065FB2" w14:textId="77777777" w:rsidTr="00DC7C04">
        <w:trPr>
          <w:jc w:val="center"/>
        </w:trPr>
        <w:tc>
          <w:tcPr>
            <w:tcW w:w="445" w:type="dxa"/>
          </w:tcPr>
          <w:p w14:paraId="78919C3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903" w:type="dxa"/>
          </w:tcPr>
          <w:p w14:paraId="0521C2D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B3B9C9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8F471A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4B8F11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4573361" w14:textId="77777777" w:rsidTr="00DC7C04">
        <w:trPr>
          <w:jc w:val="center"/>
        </w:trPr>
        <w:tc>
          <w:tcPr>
            <w:tcW w:w="445" w:type="dxa"/>
          </w:tcPr>
          <w:p w14:paraId="0D91DCB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903" w:type="dxa"/>
          </w:tcPr>
          <w:p w14:paraId="2FCC78E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245E58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E83D9D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349E15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2B5888D" w14:textId="77777777" w:rsidTr="00DC7C04">
        <w:trPr>
          <w:jc w:val="center"/>
        </w:trPr>
        <w:tc>
          <w:tcPr>
            <w:tcW w:w="445" w:type="dxa"/>
          </w:tcPr>
          <w:p w14:paraId="605AE97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903" w:type="dxa"/>
          </w:tcPr>
          <w:p w14:paraId="1ABBEAF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63243C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15DE8C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AB8E85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63866CA" w14:textId="77777777" w:rsidTr="00DC7C04">
        <w:trPr>
          <w:jc w:val="center"/>
        </w:trPr>
        <w:tc>
          <w:tcPr>
            <w:tcW w:w="445" w:type="dxa"/>
          </w:tcPr>
          <w:p w14:paraId="79445F3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903" w:type="dxa"/>
          </w:tcPr>
          <w:p w14:paraId="4F06951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A920C1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FE6907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B4020D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85E2DF5" w14:textId="77777777" w:rsidTr="00DC7C04">
        <w:trPr>
          <w:jc w:val="center"/>
        </w:trPr>
        <w:tc>
          <w:tcPr>
            <w:tcW w:w="445" w:type="dxa"/>
          </w:tcPr>
          <w:p w14:paraId="4CCC444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903" w:type="dxa"/>
          </w:tcPr>
          <w:p w14:paraId="53650D8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6C589F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34A242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E5A46E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FBF9D0C" w14:textId="77777777" w:rsidTr="00DC7C04">
        <w:trPr>
          <w:jc w:val="center"/>
        </w:trPr>
        <w:tc>
          <w:tcPr>
            <w:tcW w:w="445" w:type="dxa"/>
          </w:tcPr>
          <w:p w14:paraId="1015F26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903" w:type="dxa"/>
          </w:tcPr>
          <w:p w14:paraId="3500866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030C70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A4F43F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DEE084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E29BD66" w14:textId="77777777" w:rsidTr="00DC7C04">
        <w:trPr>
          <w:jc w:val="center"/>
        </w:trPr>
        <w:tc>
          <w:tcPr>
            <w:tcW w:w="445" w:type="dxa"/>
          </w:tcPr>
          <w:p w14:paraId="54F8C3E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903" w:type="dxa"/>
          </w:tcPr>
          <w:p w14:paraId="667F658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065ECB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137F79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B210E2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49CF01B" w14:textId="77777777" w:rsidTr="00DC7C04">
        <w:trPr>
          <w:jc w:val="center"/>
        </w:trPr>
        <w:tc>
          <w:tcPr>
            <w:tcW w:w="445" w:type="dxa"/>
          </w:tcPr>
          <w:p w14:paraId="6253BF0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903" w:type="dxa"/>
          </w:tcPr>
          <w:p w14:paraId="41D3781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8B38F7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B943C3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0D6343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D9DC1C5" w14:textId="77777777" w:rsidTr="00DC7C04">
        <w:trPr>
          <w:jc w:val="center"/>
        </w:trPr>
        <w:tc>
          <w:tcPr>
            <w:tcW w:w="445" w:type="dxa"/>
          </w:tcPr>
          <w:p w14:paraId="13B3E70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903" w:type="dxa"/>
          </w:tcPr>
          <w:p w14:paraId="77B3636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7F9D23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60279C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8075D9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C3798AC" w14:textId="77777777" w:rsidTr="00DC7C04">
        <w:trPr>
          <w:jc w:val="center"/>
        </w:trPr>
        <w:tc>
          <w:tcPr>
            <w:tcW w:w="445" w:type="dxa"/>
          </w:tcPr>
          <w:p w14:paraId="681F759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903" w:type="dxa"/>
          </w:tcPr>
          <w:p w14:paraId="19EEDF3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BF65E7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593672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2EA291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31A0B70" w14:textId="77777777" w:rsidTr="00DC7C04">
        <w:trPr>
          <w:jc w:val="center"/>
        </w:trPr>
        <w:tc>
          <w:tcPr>
            <w:tcW w:w="445" w:type="dxa"/>
          </w:tcPr>
          <w:p w14:paraId="1BE8CA3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903" w:type="dxa"/>
          </w:tcPr>
          <w:p w14:paraId="4CA3522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092E99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F18671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638261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BAA58B4" w14:textId="77777777" w:rsidTr="00DC7C04">
        <w:trPr>
          <w:jc w:val="center"/>
        </w:trPr>
        <w:tc>
          <w:tcPr>
            <w:tcW w:w="445" w:type="dxa"/>
          </w:tcPr>
          <w:p w14:paraId="39357B5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903" w:type="dxa"/>
          </w:tcPr>
          <w:p w14:paraId="53C88BA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FA316A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EA813D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10D70B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BDCAAF2" w14:textId="77777777" w:rsidTr="00DC7C04">
        <w:trPr>
          <w:jc w:val="center"/>
        </w:trPr>
        <w:tc>
          <w:tcPr>
            <w:tcW w:w="445" w:type="dxa"/>
          </w:tcPr>
          <w:p w14:paraId="2119AFA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903" w:type="dxa"/>
          </w:tcPr>
          <w:p w14:paraId="717497B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20EC757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A62013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CD53EF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DBA93AA" w14:textId="77777777" w:rsidTr="00DC7C04">
        <w:trPr>
          <w:jc w:val="center"/>
        </w:trPr>
        <w:tc>
          <w:tcPr>
            <w:tcW w:w="445" w:type="dxa"/>
          </w:tcPr>
          <w:p w14:paraId="0B96E86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903" w:type="dxa"/>
          </w:tcPr>
          <w:p w14:paraId="375D521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1222099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ED63D7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C01021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49BF89AB" w14:textId="77777777" w:rsidR="00DC7C04" w:rsidRDefault="00DC7C04" w:rsidP="00DC7C04">
      <w:pPr>
        <w:rPr>
          <w:rFonts w:ascii="Arial" w:hAnsi="Arial"/>
          <w:sz w:val="18"/>
        </w:rPr>
      </w:pPr>
    </w:p>
    <w:p w14:paraId="438224AF" w14:textId="77777777" w:rsidR="003544E6" w:rsidRDefault="003544E6" w:rsidP="00DC7C04">
      <w:pPr>
        <w:rPr>
          <w:rFonts w:ascii="Arial" w:hAnsi="Arial"/>
          <w:sz w:val="18"/>
        </w:rPr>
      </w:pPr>
    </w:p>
    <w:p w14:paraId="358CCE92" w14:textId="77777777" w:rsidR="003544E6" w:rsidRDefault="003544E6" w:rsidP="00DC7C04">
      <w:pPr>
        <w:rPr>
          <w:rFonts w:ascii="Arial" w:hAnsi="Arial"/>
          <w:sz w:val="18"/>
        </w:rPr>
      </w:pPr>
    </w:p>
    <w:p w14:paraId="26285384" w14:textId="77777777" w:rsidR="0017130B" w:rsidRDefault="0017130B" w:rsidP="00DC7C04">
      <w:pPr>
        <w:rPr>
          <w:rFonts w:ascii="Arial" w:hAnsi="Arial"/>
          <w:sz w:val="18"/>
        </w:rPr>
      </w:pPr>
    </w:p>
    <w:p w14:paraId="733863CF" w14:textId="77777777" w:rsidR="0017130B" w:rsidRDefault="0017130B" w:rsidP="00DC7C04">
      <w:pPr>
        <w:rPr>
          <w:rFonts w:ascii="Arial" w:hAnsi="Arial"/>
          <w:sz w:val="18"/>
        </w:rPr>
      </w:pPr>
    </w:p>
    <w:p w14:paraId="0416604F" w14:textId="77777777" w:rsidR="003544E6" w:rsidRPr="00DC7C04" w:rsidRDefault="003544E6" w:rsidP="00DC7C04">
      <w:pPr>
        <w:rPr>
          <w:rFonts w:ascii="Arial" w:hAnsi="Arial"/>
          <w:sz w:val="18"/>
        </w:rPr>
      </w:pPr>
    </w:p>
    <w:p w14:paraId="541145B4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lastRenderedPageBreak/>
        <w:t>5. Iroko Baseball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2903"/>
        <w:gridCol w:w="2317"/>
        <w:gridCol w:w="1597"/>
        <w:gridCol w:w="1368"/>
      </w:tblGrid>
      <w:tr w:rsidR="00DC7C04" w:rsidRPr="00DC7C04" w14:paraId="67C39C2B" w14:textId="77777777" w:rsidTr="00DC7C04">
        <w:trPr>
          <w:jc w:val="center"/>
        </w:trPr>
        <w:tc>
          <w:tcPr>
            <w:tcW w:w="445" w:type="dxa"/>
          </w:tcPr>
          <w:p w14:paraId="35ABE96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903" w:type="dxa"/>
          </w:tcPr>
          <w:p w14:paraId="1F25D42F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317" w:type="dxa"/>
          </w:tcPr>
          <w:p w14:paraId="0949D8A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7" w:type="dxa"/>
          </w:tcPr>
          <w:p w14:paraId="710966B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8" w:type="dxa"/>
          </w:tcPr>
          <w:p w14:paraId="10B76C5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7FBDABC4" w14:textId="77777777" w:rsidTr="00DC7C04">
        <w:trPr>
          <w:jc w:val="center"/>
        </w:trPr>
        <w:tc>
          <w:tcPr>
            <w:tcW w:w="445" w:type="dxa"/>
          </w:tcPr>
          <w:p w14:paraId="564B0CA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903" w:type="dxa"/>
          </w:tcPr>
          <w:p w14:paraId="1831B6F1" w14:textId="73D9DBD6" w:rsidR="00DC7C04" w:rsidRPr="00DC7C04" w:rsidRDefault="008649C8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LAWSON R. CARLOS</w:t>
            </w:r>
          </w:p>
        </w:tc>
        <w:tc>
          <w:tcPr>
            <w:tcW w:w="2317" w:type="dxa"/>
          </w:tcPr>
          <w:p w14:paraId="2C29ABFD" w14:textId="77777777" w:rsidR="00DC7C04" w:rsidRDefault="008649C8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President </w:t>
            </w:r>
          </w:p>
          <w:p w14:paraId="46440594" w14:textId="5B08852E" w:rsidR="008649C8" w:rsidRPr="00DC7C04" w:rsidRDefault="008649C8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Tresorier</w:t>
            </w:r>
            <w:proofErr w:type="spellEnd"/>
            <w:r>
              <w:rPr>
                <w:rFonts w:ascii="Arial" w:hAnsi="Arial"/>
                <w:sz w:val="18"/>
              </w:rPr>
              <w:t xml:space="preserve"> General</w:t>
            </w:r>
          </w:p>
        </w:tc>
        <w:tc>
          <w:tcPr>
            <w:tcW w:w="1597" w:type="dxa"/>
          </w:tcPr>
          <w:p w14:paraId="3A96EA4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AA6E57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6329E32" w14:textId="77777777" w:rsidTr="00DC7C04">
        <w:trPr>
          <w:jc w:val="center"/>
        </w:trPr>
        <w:tc>
          <w:tcPr>
            <w:tcW w:w="445" w:type="dxa"/>
          </w:tcPr>
          <w:p w14:paraId="2A737E7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903" w:type="dxa"/>
          </w:tcPr>
          <w:p w14:paraId="2BC80D53" w14:textId="0C9F88A4" w:rsidR="00DC7C04" w:rsidRPr="00DC7C04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EKON AUBIN</w:t>
            </w:r>
          </w:p>
        </w:tc>
        <w:tc>
          <w:tcPr>
            <w:tcW w:w="2317" w:type="dxa"/>
          </w:tcPr>
          <w:p w14:paraId="379430DE" w14:textId="77777777" w:rsidR="00DC7C04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SGA</w:t>
            </w:r>
          </w:p>
          <w:p w14:paraId="118ED1F5" w14:textId="77777777" w:rsidR="00243F7B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OG1</w:t>
            </w:r>
          </w:p>
          <w:p w14:paraId="34B3FE6C" w14:textId="3F6FA4CC" w:rsidR="00243F7B" w:rsidRPr="00DC7C04" w:rsidRDefault="00243F7B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OG2</w:t>
            </w:r>
          </w:p>
        </w:tc>
        <w:tc>
          <w:tcPr>
            <w:tcW w:w="1597" w:type="dxa"/>
          </w:tcPr>
          <w:p w14:paraId="783443D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81B30F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DD4E1B3" w14:textId="77777777" w:rsidTr="00DC7C04">
        <w:trPr>
          <w:jc w:val="center"/>
        </w:trPr>
        <w:tc>
          <w:tcPr>
            <w:tcW w:w="445" w:type="dxa"/>
          </w:tcPr>
          <w:p w14:paraId="2EEBA08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903" w:type="dxa"/>
          </w:tcPr>
          <w:p w14:paraId="207B50D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5D9E9A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3E499F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3F2347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5BB79B7" w14:textId="77777777" w:rsidTr="00DC7C04">
        <w:trPr>
          <w:jc w:val="center"/>
        </w:trPr>
        <w:tc>
          <w:tcPr>
            <w:tcW w:w="445" w:type="dxa"/>
          </w:tcPr>
          <w:p w14:paraId="5AE369B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903" w:type="dxa"/>
          </w:tcPr>
          <w:p w14:paraId="615B7B9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DA0BE6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AB51C8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114603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33797CE" w14:textId="77777777" w:rsidTr="00DC7C04">
        <w:trPr>
          <w:jc w:val="center"/>
        </w:trPr>
        <w:tc>
          <w:tcPr>
            <w:tcW w:w="445" w:type="dxa"/>
          </w:tcPr>
          <w:p w14:paraId="44393E9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903" w:type="dxa"/>
          </w:tcPr>
          <w:p w14:paraId="632404C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7D7DD7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F573D2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0D0BEE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88B563C" w14:textId="77777777" w:rsidTr="00DC7C04">
        <w:trPr>
          <w:jc w:val="center"/>
        </w:trPr>
        <w:tc>
          <w:tcPr>
            <w:tcW w:w="445" w:type="dxa"/>
          </w:tcPr>
          <w:p w14:paraId="26C77A0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903" w:type="dxa"/>
          </w:tcPr>
          <w:p w14:paraId="4DA211C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D8FC21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F1620A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EEEC1B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86FAFDF" w14:textId="77777777" w:rsidTr="00DC7C04">
        <w:trPr>
          <w:jc w:val="center"/>
        </w:trPr>
        <w:tc>
          <w:tcPr>
            <w:tcW w:w="445" w:type="dxa"/>
          </w:tcPr>
          <w:p w14:paraId="44782F3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903" w:type="dxa"/>
          </w:tcPr>
          <w:p w14:paraId="51B713C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77EED9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B6CD4E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9316EA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0D2AC7C" w14:textId="77777777" w:rsidTr="00DC7C04">
        <w:trPr>
          <w:jc w:val="center"/>
        </w:trPr>
        <w:tc>
          <w:tcPr>
            <w:tcW w:w="445" w:type="dxa"/>
          </w:tcPr>
          <w:p w14:paraId="6FBAF3B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903" w:type="dxa"/>
          </w:tcPr>
          <w:p w14:paraId="7224E7D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CDEB85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751981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045CCE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5610C11" w14:textId="77777777" w:rsidTr="00DC7C04">
        <w:trPr>
          <w:jc w:val="center"/>
        </w:trPr>
        <w:tc>
          <w:tcPr>
            <w:tcW w:w="445" w:type="dxa"/>
          </w:tcPr>
          <w:p w14:paraId="6D2FE08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903" w:type="dxa"/>
          </w:tcPr>
          <w:p w14:paraId="60C629F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2D457B3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D93EE0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F204E1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9D48344" w14:textId="77777777" w:rsidTr="00DC7C04">
        <w:trPr>
          <w:jc w:val="center"/>
        </w:trPr>
        <w:tc>
          <w:tcPr>
            <w:tcW w:w="445" w:type="dxa"/>
          </w:tcPr>
          <w:p w14:paraId="5718D31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903" w:type="dxa"/>
          </w:tcPr>
          <w:p w14:paraId="6E6747A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B34251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A7F93F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B5CFFF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A1101E1" w14:textId="77777777" w:rsidTr="00DC7C04">
        <w:trPr>
          <w:jc w:val="center"/>
        </w:trPr>
        <w:tc>
          <w:tcPr>
            <w:tcW w:w="445" w:type="dxa"/>
          </w:tcPr>
          <w:p w14:paraId="68BCAE0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903" w:type="dxa"/>
          </w:tcPr>
          <w:p w14:paraId="296E2DB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2DCD57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CF720F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FB83D3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5307B2A" w14:textId="77777777" w:rsidTr="00DC7C04">
        <w:trPr>
          <w:jc w:val="center"/>
        </w:trPr>
        <w:tc>
          <w:tcPr>
            <w:tcW w:w="445" w:type="dxa"/>
          </w:tcPr>
          <w:p w14:paraId="3981F69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903" w:type="dxa"/>
          </w:tcPr>
          <w:p w14:paraId="49DE079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5D6656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CFC0A2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C1FA60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6BB47FF" w14:textId="77777777" w:rsidTr="00DC7C04">
        <w:trPr>
          <w:jc w:val="center"/>
        </w:trPr>
        <w:tc>
          <w:tcPr>
            <w:tcW w:w="445" w:type="dxa"/>
          </w:tcPr>
          <w:p w14:paraId="2FF1A4F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903" w:type="dxa"/>
          </w:tcPr>
          <w:p w14:paraId="6452861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CEF5C4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5B3D88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F875B0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5E6B968" w14:textId="77777777" w:rsidTr="00DC7C04">
        <w:trPr>
          <w:jc w:val="center"/>
        </w:trPr>
        <w:tc>
          <w:tcPr>
            <w:tcW w:w="445" w:type="dxa"/>
          </w:tcPr>
          <w:p w14:paraId="09C5ED8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903" w:type="dxa"/>
          </w:tcPr>
          <w:p w14:paraId="093669D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786A15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2E755D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FD5533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15C17A5" w14:textId="77777777" w:rsidTr="00DC7C04">
        <w:trPr>
          <w:jc w:val="center"/>
        </w:trPr>
        <w:tc>
          <w:tcPr>
            <w:tcW w:w="445" w:type="dxa"/>
          </w:tcPr>
          <w:p w14:paraId="7F637C6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903" w:type="dxa"/>
          </w:tcPr>
          <w:p w14:paraId="26A79EE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787118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3B74DB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A2C524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27EE46A7" w14:textId="77777777" w:rsidR="00DC7C04" w:rsidRPr="00DC7C04" w:rsidRDefault="00DC7C04" w:rsidP="00DC7C04">
      <w:pPr>
        <w:rPr>
          <w:rFonts w:ascii="Arial" w:hAnsi="Arial"/>
          <w:sz w:val="18"/>
        </w:rPr>
      </w:pPr>
    </w:p>
    <w:p w14:paraId="7B192B23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t>6. Eco-Challenger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2903"/>
        <w:gridCol w:w="2317"/>
        <w:gridCol w:w="1597"/>
        <w:gridCol w:w="1368"/>
      </w:tblGrid>
      <w:tr w:rsidR="00DC7C04" w:rsidRPr="00DC7C04" w14:paraId="1E2B8C8F" w14:textId="77777777" w:rsidTr="00DC7C04">
        <w:trPr>
          <w:jc w:val="center"/>
        </w:trPr>
        <w:tc>
          <w:tcPr>
            <w:tcW w:w="445" w:type="dxa"/>
          </w:tcPr>
          <w:p w14:paraId="0F98DFF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903" w:type="dxa"/>
          </w:tcPr>
          <w:p w14:paraId="76D3EEB3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317" w:type="dxa"/>
          </w:tcPr>
          <w:p w14:paraId="3B79342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7" w:type="dxa"/>
          </w:tcPr>
          <w:p w14:paraId="33D3729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8" w:type="dxa"/>
          </w:tcPr>
          <w:p w14:paraId="51E01FA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4511787D" w14:textId="77777777" w:rsidTr="00DC7C04">
        <w:trPr>
          <w:jc w:val="center"/>
        </w:trPr>
        <w:tc>
          <w:tcPr>
            <w:tcW w:w="445" w:type="dxa"/>
          </w:tcPr>
          <w:p w14:paraId="07BC0E9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903" w:type="dxa"/>
          </w:tcPr>
          <w:p w14:paraId="548852A7" w14:textId="7A89C449" w:rsidR="00DC7C04" w:rsidRPr="00DC7C04" w:rsidRDefault="00F43FE2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KEKE C.V. GILDAS</w:t>
            </w:r>
          </w:p>
        </w:tc>
        <w:tc>
          <w:tcPr>
            <w:tcW w:w="2317" w:type="dxa"/>
          </w:tcPr>
          <w:p w14:paraId="3F6B1AEB" w14:textId="77777777" w:rsidR="00DC7C04" w:rsidRDefault="00F43FE2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Premier Vice President</w:t>
            </w:r>
          </w:p>
          <w:p w14:paraId="373F53F6" w14:textId="77777777" w:rsidR="00F43FE2" w:rsidRDefault="00F43FE2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Secretaire General</w:t>
            </w:r>
          </w:p>
          <w:p w14:paraId="0CD7B96C" w14:textId="101D9AD3" w:rsidR="00F43FE2" w:rsidRPr="00DC7C04" w:rsidRDefault="00F43FE2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Tresorier</w:t>
            </w:r>
            <w:proofErr w:type="spellEnd"/>
            <w:r>
              <w:rPr>
                <w:rFonts w:ascii="Arial" w:hAnsi="Arial"/>
                <w:sz w:val="18"/>
              </w:rPr>
              <w:t xml:space="preserve"> General </w:t>
            </w:r>
          </w:p>
        </w:tc>
        <w:tc>
          <w:tcPr>
            <w:tcW w:w="1597" w:type="dxa"/>
          </w:tcPr>
          <w:p w14:paraId="4AF1152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DC5B73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79BCFC4" w14:textId="77777777" w:rsidTr="00DC7C04">
        <w:trPr>
          <w:jc w:val="center"/>
        </w:trPr>
        <w:tc>
          <w:tcPr>
            <w:tcW w:w="445" w:type="dxa"/>
          </w:tcPr>
          <w:p w14:paraId="4A483B4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903" w:type="dxa"/>
          </w:tcPr>
          <w:p w14:paraId="501649BD" w14:textId="2A1C8914" w:rsidR="00DC7C04" w:rsidRPr="00DC7C04" w:rsidRDefault="00F43FE2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BONI AFOUDA PIERRE</w:t>
            </w:r>
          </w:p>
        </w:tc>
        <w:tc>
          <w:tcPr>
            <w:tcW w:w="2317" w:type="dxa"/>
          </w:tcPr>
          <w:p w14:paraId="57AFCBB4" w14:textId="77777777" w:rsidR="00DC7C04" w:rsidRDefault="00F43FE2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r w:rsidR="00617117">
              <w:rPr>
                <w:rFonts w:ascii="Arial" w:hAnsi="Arial"/>
                <w:sz w:val="18"/>
              </w:rPr>
              <w:t>OG1</w:t>
            </w:r>
          </w:p>
          <w:p w14:paraId="3C928162" w14:textId="77777777" w:rsidR="00617117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OG2</w:t>
            </w:r>
          </w:p>
          <w:p w14:paraId="0217ADAF" w14:textId="0052C880" w:rsidR="00617117" w:rsidRPr="00DC7C04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OG3</w:t>
            </w:r>
          </w:p>
        </w:tc>
        <w:tc>
          <w:tcPr>
            <w:tcW w:w="1597" w:type="dxa"/>
          </w:tcPr>
          <w:p w14:paraId="616EB3C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EF351F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14553C2" w14:textId="77777777" w:rsidTr="00DC7C04">
        <w:trPr>
          <w:jc w:val="center"/>
        </w:trPr>
        <w:tc>
          <w:tcPr>
            <w:tcW w:w="445" w:type="dxa"/>
          </w:tcPr>
          <w:p w14:paraId="7F7E48A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903" w:type="dxa"/>
          </w:tcPr>
          <w:p w14:paraId="2AB6F0B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73D444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470CFD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6E2AE4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17A2C29" w14:textId="77777777" w:rsidTr="00DC7C04">
        <w:trPr>
          <w:jc w:val="center"/>
        </w:trPr>
        <w:tc>
          <w:tcPr>
            <w:tcW w:w="445" w:type="dxa"/>
          </w:tcPr>
          <w:p w14:paraId="5BAAEB2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903" w:type="dxa"/>
          </w:tcPr>
          <w:p w14:paraId="470C216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76ADA8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94EC3B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DB7065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58EADF6" w14:textId="77777777" w:rsidTr="00DC7C04">
        <w:trPr>
          <w:jc w:val="center"/>
        </w:trPr>
        <w:tc>
          <w:tcPr>
            <w:tcW w:w="445" w:type="dxa"/>
          </w:tcPr>
          <w:p w14:paraId="76FD1FE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903" w:type="dxa"/>
          </w:tcPr>
          <w:p w14:paraId="67BD8FE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E46403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819AF9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C72A77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62B5137" w14:textId="77777777" w:rsidTr="00DC7C04">
        <w:trPr>
          <w:jc w:val="center"/>
        </w:trPr>
        <w:tc>
          <w:tcPr>
            <w:tcW w:w="445" w:type="dxa"/>
          </w:tcPr>
          <w:p w14:paraId="0DB47F4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903" w:type="dxa"/>
          </w:tcPr>
          <w:p w14:paraId="6083702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2D726C3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9ADA6D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5E53B9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F84004E" w14:textId="77777777" w:rsidTr="00DC7C04">
        <w:trPr>
          <w:jc w:val="center"/>
        </w:trPr>
        <w:tc>
          <w:tcPr>
            <w:tcW w:w="445" w:type="dxa"/>
          </w:tcPr>
          <w:p w14:paraId="36D78A8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903" w:type="dxa"/>
          </w:tcPr>
          <w:p w14:paraId="05E9B42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1B04F7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3E4B31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7B82C3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19B7730" w14:textId="77777777" w:rsidTr="00DC7C04">
        <w:trPr>
          <w:jc w:val="center"/>
        </w:trPr>
        <w:tc>
          <w:tcPr>
            <w:tcW w:w="445" w:type="dxa"/>
          </w:tcPr>
          <w:p w14:paraId="060CAC7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903" w:type="dxa"/>
          </w:tcPr>
          <w:p w14:paraId="2F4236D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1A3F950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443FD3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F56D7A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1CCA72B" w14:textId="77777777" w:rsidTr="00DC7C04">
        <w:trPr>
          <w:jc w:val="center"/>
        </w:trPr>
        <w:tc>
          <w:tcPr>
            <w:tcW w:w="445" w:type="dxa"/>
          </w:tcPr>
          <w:p w14:paraId="1438204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903" w:type="dxa"/>
          </w:tcPr>
          <w:p w14:paraId="483B850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2E6B6F0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A903C2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A61B79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0FF04E8" w14:textId="77777777" w:rsidTr="00DC7C04">
        <w:trPr>
          <w:jc w:val="center"/>
        </w:trPr>
        <w:tc>
          <w:tcPr>
            <w:tcW w:w="445" w:type="dxa"/>
          </w:tcPr>
          <w:p w14:paraId="333606D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903" w:type="dxa"/>
          </w:tcPr>
          <w:p w14:paraId="3AB2623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86EC39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C51D84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AE43CD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A51E81B" w14:textId="77777777" w:rsidTr="00DC7C04">
        <w:trPr>
          <w:jc w:val="center"/>
        </w:trPr>
        <w:tc>
          <w:tcPr>
            <w:tcW w:w="445" w:type="dxa"/>
          </w:tcPr>
          <w:p w14:paraId="626C1B6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903" w:type="dxa"/>
          </w:tcPr>
          <w:p w14:paraId="686470E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04BF4A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CF5A75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721E4C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C30322C" w14:textId="77777777" w:rsidTr="00DC7C04">
        <w:trPr>
          <w:jc w:val="center"/>
        </w:trPr>
        <w:tc>
          <w:tcPr>
            <w:tcW w:w="445" w:type="dxa"/>
          </w:tcPr>
          <w:p w14:paraId="5342106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903" w:type="dxa"/>
          </w:tcPr>
          <w:p w14:paraId="287CFD6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E12A0D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BB1A0C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871435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D18B3D9" w14:textId="77777777" w:rsidTr="00DC7C04">
        <w:trPr>
          <w:jc w:val="center"/>
        </w:trPr>
        <w:tc>
          <w:tcPr>
            <w:tcW w:w="445" w:type="dxa"/>
          </w:tcPr>
          <w:p w14:paraId="1001A13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903" w:type="dxa"/>
          </w:tcPr>
          <w:p w14:paraId="2992B61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C60548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698173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3BF4DC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4B2C111" w14:textId="77777777" w:rsidTr="00DC7C04">
        <w:trPr>
          <w:jc w:val="center"/>
        </w:trPr>
        <w:tc>
          <w:tcPr>
            <w:tcW w:w="445" w:type="dxa"/>
          </w:tcPr>
          <w:p w14:paraId="77B867C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903" w:type="dxa"/>
          </w:tcPr>
          <w:p w14:paraId="7871C58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FB3F20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5581D7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06EC61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E674D06" w14:textId="77777777" w:rsidTr="00DC7C04">
        <w:trPr>
          <w:jc w:val="center"/>
        </w:trPr>
        <w:tc>
          <w:tcPr>
            <w:tcW w:w="445" w:type="dxa"/>
          </w:tcPr>
          <w:p w14:paraId="18A5790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903" w:type="dxa"/>
          </w:tcPr>
          <w:p w14:paraId="1F21B35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AE95B8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56A3FB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81AFCF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4C02A8FC" w14:textId="77777777" w:rsidR="00DC7C04" w:rsidRDefault="00DC7C04" w:rsidP="00DC7C04">
      <w:pPr>
        <w:rPr>
          <w:rFonts w:ascii="Arial" w:hAnsi="Arial"/>
          <w:sz w:val="18"/>
        </w:rPr>
      </w:pPr>
    </w:p>
    <w:p w14:paraId="72A309BD" w14:textId="77777777" w:rsidR="003544E6" w:rsidRDefault="003544E6" w:rsidP="00DC7C04">
      <w:pPr>
        <w:rPr>
          <w:rFonts w:ascii="Arial" w:hAnsi="Arial"/>
          <w:sz w:val="18"/>
        </w:rPr>
      </w:pPr>
    </w:p>
    <w:p w14:paraId="32AA8388" w14:textId="77777777" w:rsidR="003544E6" w:rsidRDefault="003544E6" w:rsidP="00DC7C04">
      <w:pPr>
        <w:rPr>
          <w:rFonts w:ascii="Arial" w:hAnsi="Arial"/>
          <w:sz w:val="18"/>
        </w:rPr>
      </w:pPr>
    </w:p>
    <w:p w14:paraId="73CDFFDC" w14:textId="77777777" w:rsidR="0017130B" w:rsidRDefault="0017130B" w:rsidP="00DC7C04">
      <w:pPr>
        <w:rPr>
          <w:rFonts w:ascii="Arial" w:hAnsi="Arial"/>
          <w:sz w:val="18"/>
        </w:rPr>
      </w:pPr>
    </w:p>
    <w:p w14:paraId="4C2C5070" w14:textId="77777777" w:rsidR="003544E6" w:rsidRPr="00DC7C04" w:rsidRDefault="003544E6" w:rsidP="00DC7C04">
      <w:pPr>
        <w:rPr>
          <w:rFonts w:ascii="Arial" w:hAnsi="Arial"/>
          <w:sz w:val="18"/>
        </w:rPr>
      </w:pPr>
    </w:p>
    <w:p w14:paraId="1D19A22B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lastRenderedPageBreak/>
        <w:t>7. Privilege Baseball Association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2913"/>
        <w:gridCol w:w="2307"/>
        <w:gridCol w:w="1597"/>
        <w:gridCol w:w="1368"/>
      </w:tblGrid>
      <w:tr w:rsidR="00DC7C04" w:rsidRPr="00DC7C04" w14:paraId="72866291" w14:textId="77777777" w:rsidTr="00DC7C04">
        <w:trPr>
          <w:jc w:val="center"/>
        </w:trPr>
        <w:tc>
          <w:tcPr>
            <w:tcW w:w="445" w:type="dxa"/>
          </w:tcPr>
          <w:p w14:paraId="7B6EFE3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913" w:type="dxa"/>
          </w:tcPr>
          <w:p w14:paraId="6C1AB54E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307" w:type="dxa"/>
          </w:tcPr>
          <w:p w14:paraId="57AA55F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7" w:type="dxa"/>
          </w:tcPr>
          <w:p w14:paraId="3CB0BC7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8" w:type="dxa"/>
          </w:tcPr>
          <w:p w14:paraId="633B3C5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7E96ABE7" w14:textId="77777777" w:rsidTr="00DC7C04">
        <w:trPr>
          <w:jc w:val="center"/>
        </w:trPr>
        <w:tc>
          <w:tcPr>
            <w:tcW w:w="445" w:type="dxa"/>
          </w:tcPr>
          <w:p w14:paraId="28803EC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913" w:type="dxa"/>
          </w:tcPr>
          <w:p w14:paraId="5AF5138F" w14:textId="077A152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OLABITAN O. DANIEL</w:t>
            </w:r>
          </w:p>
        </w:tc>
        <w:tc>
          <w:tcPr>
            <w:tcW w:w="2307" w:type="dxa"/>
          </w:tcPr>
          <w:p w14:paraId="012FE39A" w14:textId="1077DC67" w:rsidR="00DC7C04" w:rsidRDefault="00DC7C04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  <w:r w:rsidR="00147D41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OG2</w:t>
            </w:r>
          </w:p>
          <w:p w14:paraId="06FC48CB" w14:textId="51E9C6AE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  <w:r w:rsidR="00147D41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OG3</w:t>
            </w:r>
          </w:p>
        </w:tc>
        <w:tc>
          <w:tcPr>
            <w:tcW w:w="1597" w:type="dxa"/>
          </w:tcPr>
          <w:p w14:paraId="1781402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487F38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2B34538" w14:textId="77777777" w:rsidTr="00DC7C04">
        <w:trPr>
          <w:jc w:val="center"/>
        </w:trPr>
        <w:tc>
          <w:tcPr>
            <w:tcW w:w="445" w:type="dxa"/>
          </w:tcPr>
          <w:p w14:paraId="754DB4A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913" w:type="dxa"/>
          </w:tcPr>
          <w:p w14:paraId="41184EB3" w14:textId="36576938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DANATIENNE </w:t>
            </w:r>
            <w:r w:rsidR="008649C8">
              <w:rPr>
                <w:rFonts w:ascii="Arial" w:hAnsi="Arial"/>
                <w:sz w:val="18"/>
              </w:rPr>
              <w:t xml:space="preserve">M. </w:t>
            </w:r>
            <w:r>
              <w:rPr>
                <w:rFonts w:ascii="Arial" w:hAnsi="Arial"/>
                <w:sz w:val="18"/>
              </w:rPr>
              <w:t>FAHALA</w:t>
            </w:r>
          </w:p>
        </w:tc>
        <w:tc>
          <w:tcPr>
            <w:tcW w:w="2307" w:type="dxa"/>
          </w:tcPr>
          <w:p w14:paraId="7EFD29D5" w14:textId="09A9CB52" w:rsidR="00DC7C04" w:rsidRDefault="00DC7C04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  <w:r w:rsidR="00147D41"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Representante</w:t>
            </w:r>
            <w:proofErr w:type="spellEnd"/>
            <w:r>
              <w:rPr>
                <w:rFonts w:ascii="Arial" w:hAnsi="Arial"/>
                <w:sz w:val="18"/>
              </w:rPr>
              <w:t xml:space="preserve"> femme</w:t>
            </w:r>
          </w:p>
          <w:p w14:paraId="5C8FEF62" w14:textId="3384D345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Represente</w:t>
            </w:r>
            <w:proofErr w:type="spellEnd"/>
            <w:r>
              <w:rPr>
                <w:rFonts w:ascii="Arial" w:hAnsi="Arial"/>
                <w:sz w:val="18"/>
              </w:rPr>
              <w:t xml:space="preserve"> Athlet</w:t>
            </w:r>
            <w:r w:rsidR="00147D41">
              <w:rPr>
                <w:rFonts w:ascii="Arial" w:hAnsi="Arial"/>
                <w:sz w:val="18"/>
              </w:rPr>
              <w:t>es</w:t>
            </w:r>
          </w:p>
        </w:tc>
        <w:tc>
          <w:tcPr>
            <w:tcW w:w="1597" w:type="dxa"/>
          </w:tcPr>
          <w:p w14:paraId="18DF71F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F23279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962DBE6" w14:textId="77777777" w:rsidTr="00DC7C04">
        <w:trPr>
          <w:jc w:val="center"/>
        </w:trPr>
        <w:tc>
          <w:tcPr>
            <w:tcW w:w="445" w:type="dxa"/>
          </w:tcPr>
          <w:p w14:paraId="02733C0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913" w:type="dxa"/>
          </w:tcPr>
          <w:p w14:paraId="19D1B0DB" w14:textId="11F2F6CB" w:rsidR="00DC7C04" w:rsidRPr="00DC7C04" w:rsidRDefault="00147D41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CHITOU M. MOUBARAKOU</w:t>
            </w:r>
          </w:p>
        </w:tc>
        <w:tc>
          <w:tcPr>
            <w:tcW w:w="2307" w:type="dxa"/>
          </w:tcPr>
          <w:p w14:paraId="05204BF1" w14:textId="0921C8B9" w:rsidR="00DC7C04" w:rsidRDefault="00147D41" w:rsidP="00147D4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S</w:t>
            </w:r>
            <w:r w:rsidR="008649C8">
              <w:rPr>
                <w:rFonts w:ascii="Arial" w:hAnsi="Arial"/>
                <w:sz w:val="18"/>
              </w:rPr>
              <w:t xml:space="preserve">ecretaire </w:t>
            </w:r>
            <w:r>
              <w:rPr>
                <w:rFonts w:ascii="Arial" w:hAnsi="Arial"/>
                <w:sz w:val="18"/>
              </w:rPr>
              <w:t>G</w:t>
            </w:r>
            <w:r w:rsidR="008649C8">
              <w:rPr>
                <w:rFonts w:ascii="Arial" w:hAnsi="Arial"/>
                <w:sz w:val="18"/>
              </w:rPr>
              <w:t>eneral</w:t>
            </w:r>
          </w:p>
          <w:p w14:paraId="1C7A87C5" w14:textId="1D544F08" w:rsidR="00147D41" w:rsidRPr="00147D41" w:rsidRDefault="00147D41" w:rsidP="00147D4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Premier Vice President</w:t>
            </w:r>
          </w:p>
        </w:tc>
        <w:tc>
          <w:tcPr>
            <w:tcW w:w="1597" w:type="dxa"/>
          </w:tcPr>
          <w:p w14:paraId="23B7629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D4EF6E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699F4BA" w14:textId="77777777" w:rsidTr="00DC7C04">
        <w:trPr>
          <w:jc w:val="center"/>
        </w:trPr>
        <w:tc>
          <w:tcPr>
            <w:tcW w:w="445" w:type="dxa"/>
          </w:tcPr>
          <w:p w14:paraId="109AFA8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913" w:type="dxa"/>
          </w:tcPr>
          <w:p w14:paraId="248A873B" w14:textId="06605995" w:rsidR="00DC7C04" w:rsidRPr="00DC7C04" w:rsidRDefault="008649C8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TOGNIVO D. JOEL</w:t>
            </w:r>
          </w:p>
        </w:tc>
        <w:tc>
          <w:tcPr>
            <w:tcW w:w="2307" w:type="dxa"/>
          </w:tcPr>
          <w:p w14:paraId="1485A6AE" w14:textId="77777777" w:rsidR="00DC7C04" w:rsidRDefault="008649C8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OG1</w:t>
            </w:r>
          </w:p>
          <w:p w14:paraId="7172A903" w14:textId="496601E4" w:rsidR="008649C8" w:rsidRPr="00DC7C04" w:rsidRDefault="008649C8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OG2</w:t>
            </w:r>
          </w:p>
        </w:tc>
        <w:tc>
          <w:tcPr>
            <w:tcW w:w="1597" w:type="dxa"/>
          </w:tcPr>
          <w:p w14:paraId="56CADC5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F73C00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66FDA00" w14:textId="77777777" w:rsidTr="00DC7C04">
        <w:trPr>
          <w:jc w:val="center"/>
        </w:trPr>
        <w:tc>
          <w:tcPr>
            <w:tcW w:w="445" w:type="dxa"/>
          </w:tcPr>
          <w:p w14:paraId="6B4E61E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913" w:type="dxa"/>
          </w:tcPr>
          <w:p w14:paraId="390ECF0F" w14:textId="41C1C58D" w:rsidR="00DC7C04" w:rsidRPr="00DC7C04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MITOSSODE H. S. KELLY </w:t>
            </w:r>
          </w:p>
        </w:tc>
        <w:tc>
          <w:tcPr>
            <w:tcW w:w="2307" w:type="dxa"/>
          </w:tcPr>
          <w:p w14:paraId="09C86F11" w14:textId="77777777" w:rsidR="00DC7C04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OG1</w:t>
            </w:r>
          </w:p>
          <w:p w14:paraId="27ECA39A" w14:textId="4BE675A1" w:rsidR="00617117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OG2</w:t>
            </w:r>
          </w:p>
          <w:p w14:paraId="082A3AE9" w14:textId="7F251012" w:rsidR="00617117" w:rsidRPr="00DC7C04" w:rsidRDefault="00617117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OG3 </w:t>
            </w:r>
          </w:p>
        </w:tc>
        <w:tc>
          <w:tcPr>
            <w:tcW w:w="1597" w:type="dxa"/>
          </w:tcPr>
          <w:p w14:paraId="5722A28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6C31E5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826D6EB" w14:textId="77777777" w:rsidTr="00DC7C04">
        <w:trPr>
          <w:jc w:val="center"/>
        </w:trPr>
        <w:tc>
          <w:tcPr>
            <w:tcW w:w="445" w:type="dxa"/>
          </w:tcPr>
          <w:p w14:paraId="6C0B2F8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913" w:type="dxa"/>
          </w:tcPr>
          <w:p w14:paraId="042A4B39" w14:textId="00801A24" w:rsidR="00DC7C04" w:rsidRPr="00DC7C04" w:rsidRDefault="003544E6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HODONOU A. COSME</w:t>
            </w:r>
          </w:p>
        </w:tc>
        <w:tc>
          <w:tcPr>
            <w:tcW w:w="2307" w:type="dxa"/>
          </w:tcPr>
          <w:p w14:paraId="1F67F7E4" w14:textId="77777777" w:rsidR="00DC7C04" w:rsidRDefault="003544E6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President </w:t>
            </w:r>
          </w:p>
          <w:p w14:paraId="659477C9" w14:textId="645919F0" w:rsidR="003544E6" w:rsidRPr="00DC7C04" w:rsidRDefault="003544E6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Tresorier</w:t>
            </w:r>
            <w:proofErr w:type="spellEnd"/>
            <w:r>
              <w:rPr>
                <w:rFonts w:ascii="Arial" w:hAnsi="Arial"/>
                <w:sz w:val="18"/>
              </w:rPr>
              <w:t xml:space="preserve"> General </w:t>
            </w:r>
            <w:proofErr w:type="spellStart"/>
            <w:r>
              <w:rPr>
                <w:rFonts w:ascii="Arial" w:hAnsi="Arial"/>
                <w:sz w:val="18"/>
              </w:rPr>
              <w:t>Adjointt</w:t>
            </w:r>
            <w:proofErr w:type="spellEnd"/>
          </w:p>
        </w:tc>
        <w:tc>
          <w:tcPr>
            <w:tcW w:w="1597" w:type="dxa"/>
          </w:tcPr>
          <w:p w14:paraId="0BC44F1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519C1A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766DA66" w14:textId="77777777" w:rsidTr="00DC7C04">
        <w:trPr>
          <w:jc w:val="center"/>
        </w:trPr>
        <w:tc>
          <w:tcPr>
            <w:tcW w:w="445" w:type="dxa"/>
          </w:tcPr>
          <w:p w14:paraId="150FD88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913" w:type="dxa"/>
          </w:tcPr>
          <w:p w14:paraId="1BF18C4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1C9E66B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3D750C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643858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DDC514F" w14:textId="77777777" w:rsidTr="00DC7C04">
        <w:trPr>
          <w:jc w:val="center"/>
        </w:trPr>
        <w:tc>
          <w:tcPr>
            <w:tcW w:w="445" w:type="dxa"/>
          </w:tcPr>
          <w:p w14:paraId="5FD537D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913" w:type="dxa"/>
          </w:tcPr>
          <w:p w14:paraId="11CB590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4123C81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4C03D6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E00557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EB88859" w14:textId="77777777" w:rsidTr="00DC7C04">
        <w:trPr>
          <w:jc w:val="center"/>
        </w:trPr>
        <w:tc>
          <w:tcPr>
            <w:tcW w:w="445" w:type="dxa"/>
          </w:tcPr>
          <w:p w14:paraId="682826A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913" w:type="dxa"/>
          </w:tcPr>
          <w:p w14:paraId="6760B90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04A716E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925D80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BDD956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B7160E5" w14:textId="77777777" w:rsidTr="00DC7C04">
        <w:trPr>
          <w:jc w:val="center"/>
        </w:trPr>
        <w:tc>
          <w:tcPr>
            <w:tcW w:w="445" w:type="dxa"/>
          </w:tcPr>
          <w:p w14:paraId="68539D9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913" w:type="dxa"/>
          </w:tcPr>
          <w:p w14:paraId="6AD0985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5F714B8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86C232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78CB11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BA0FA39" w14:textId="77777777" w:rsidTr="00DC7C04">
        <w:trPr>
          <w:jc w:val="center"/>
        </w:trPr>
        <w:tc>
          <w:tcPr>
            <w:tcW w:w="445" w:type="dxa"/>
          </w:tcPr>
          <w:p w14:paraId="079EFFD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913" w:type="dxa"/>
          </w:tcPr>
          <w:p w14:paraId="79CAB6D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70D57C7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914048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FFF2E5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0429C29" w14:textId="77777777" w:rsidTr="00DC7C04">
        <w:trPr>
          <w:jc w:val="center"/>
        </w:trPr>
        <w:tc>
          <w:tcPr>
            <w:tcW w:w="445" w:type="dxa"/>
          </w:tcPr>
          <w:p w14:paraId="09AC2EE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913" w:type="dxa"/>
          </w:tcPr>
          <w:p w14:paraId="2D9037B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10B68BF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623B7A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3495B5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F12733A" w14:textId="77777777" w:rsidTr="00DC7C04">
        <w:trPr>
          <w:jc w:val="center"/>
        </w:trPr>
        <w:tc>
          <w:tcPr>
            <w:tcW w:w="445" w:type="dxa"/>
          </w:tcPr>
          <w:p w14:paraId="666D8C2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913" w:type="dxa"/>
          </w:tcPr>
          <w:p w14:paraId="13A6F4B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0707A31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B089E8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4B717A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23384F8" w14:textId="77777777" w:rsidTr="00DC7C04">
        <w:trPr>
          <w:jc w:val="center"/>
        </w:trPr>
        <w:tc>
          <w:tcPr>
            <w:tcW w:w="445" w:type="dxa"/>
          </w:tcPr>
          <w:p w14:paraId="21DB359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913" w:type="dxa"/>
          </w:tcPr>
          <w:p w14:paraId="71A39A3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2C5F872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7D0709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27BCB5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959B8E6" w14:textId="77777777" w:rsidTr="00DC7C04">
        <w:trPr>
          <w:jc w:val="center"/>
        </w:trPr>
        <w:tc>
          <w:tcPr>
            <w:tcW w:w="445" w:type="dxa"/>
          </w:tcPr>
          <w:p w14:paraId="2D80EDD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913" w:type="dxa"/>
          </w:tcPr>
          <w:p w14:paraId="46304EF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07" w:type="dxa"/>
          </w:tcPr>
          <w:p w14:paraId="4651D34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C237FE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8EE4F0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421719BC" w14:textId="77777777" w:rsidR="00DC7C04" w:rsidRDefault="00DC7C04" w:rsidP="00DC7C04">
      <w:pPr>
        <w:rPr>
          <w:rFonts w:ascii="Arial" w:hAnsi="Arial"/>
          <w:sz w:val="18"/>
        </w:rPr>
      </w:pPr>
    </w:p>
    <w:p w14:paraId="604F443E" w14:textId="77777777" w:rsidR="00DC7C04" w:rsidRPr="00DC7C04" w:rsidRDefault="00DC7C04" w:rsidP="00DC7C04">
      <w:pPr>
        <w:rPr>
          <w:rFonts w:ascii="Arial" w:hAnsi="Arial"/>
          <w:sz w:val="18"/>
        </w:rPr>
      </w:pPr>
    </w:p>
    <w:p w14:paraId="0B431465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t>8. Real Baseball in Benin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2903"/>
        <w:gridCol w:w="2317"/>
        <w:gridCol w:w="1597"/>
        <w:gridCol w:w="1368"/>
      </w:tblGrid>
      <w:tr w:rsidR="00DC7C04" w:rsidRPr="00DC7C04" w14:paraId="035090C4" w14:textId="77777777" w:rsidTr="00DC7C04">
        <w:trPr>
          <w:jc w:val="center"/>
        </w:trPr>
        <w:tc>
          <w:tcPr>
            <w:tcW w:w="445" w:type="dxa"/>
          </w:tcPr>
          <w:p w14:paraId="27722B0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903" w:type="dxa"/>
          </w:tcPr>
          <w:p w14:paraId="61E97831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317" w:type="dxa"/>
          </w:tcPr>
          <w:p w14:paraId="54B4E90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7" w:type="dxa"/>
          </w:tcPr>
          <w:p w14:paraId="3B5CD41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8" w:type="dxa"/>
          </w:tcPr>
          <w:p w14:paraId="734042D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38D4461B" w14:textId="77777777" w:rsidTr="00DC7C04">
        <w:trPr>
          <w:jc w:val="center"/>
        </w:trPr>
        <w:tc>
          <w:tcPr>
            <w:tcW w:w="445" w:type="dxa"/>
          </w:tcPr>
          <w:p w14:paraId="44CE694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903" w:type="dxa"/>
          </w:tcPr>
          <w:p w14:paraId="3DA97381" w14:textId="4062E9A1" w:rsidR="00DC7C04" w:rsidRPr="00DC7C04" w:rsidRDefault="00147D41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ADODO k. ARNAUD</w:t>
            </w:r>
          </w:p>
        </w:tc>
        <w:tc>
          <w:tcPr>
            <w:tcW w:w="2317" w:type="dxa"/>
          </w:tcPr>
          <w:p w14:paraId="31AF14F3" w14:textId="77777777" w:rsidR="00DC7C04" w:rsidRDefault="00147D41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President</w:t>
            </w:r>
          </w:p>
          <w:p w14:paraId="28C0FAE0" w14:textId="5299D457" w:rsidR="00147D41" w:rsidRPr="00DC7C04" w:rsidRDefault="00147D41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Representant </w:t>
            </w:r>
            <w:proofErr w:type="spellStart"/>
            <w:r>
              <w:rPr>
                <w:rFonts w:ascii="Arial" w:hAnsi="Arial"/>
                <w:sz w:val="18"/>
              </w:rPr>
              <w:t>Arbitres</w:t>
            </w:r>
            <w:proofErr w:type="spellEnd"/>
          </w:p>
        </w:tc>
        <w:tc>
          <w:tcPr>
            <w:tcW w:w="1597" w:type="dxa"/>
          </w:tcPr>
          <w:p w14:paraId="0E65232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901E5A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A334A5F" w14:textId="77777777" w:rsidTr="00DC7C04">
        <w:trPr>
          <w:jc w:val="center"/>
        </w:trPr>
        <w:tc>
          <w:tcPr>
            <w:tcW w:w="445" w:type="dxa"/>
          </w:tcPr>
          <w:p w14:paraId="42925F1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903" w:type="dxa"/>
          </w:tcPr>
          <w:p w14:paraId="0457A532" w14:textId="03762207" w:rsidR="00DC7C04" w:rsidRPr="00DC7C04" w:rsidRDefault="00147D41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HAROLD KODJI</w:t>
            </w:r>
          </w:p>
        </w:tc>
        <w:tc>
          <w:tcPr>
            <w:tcW w:w="2317" w:type="dxa"/>
          </w:tcPr>
          <w:p w14:paraId="3169117C" w14:textId="175D6C58" w:rsidR="00DC7C04" w:rsidRPr="00147D41" w:rsidRDefault="00147D41" w:rsidP="00147D4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Representant Athletes</w:t>
            </w:r>
          </w:p>
        </w:tc>
        <w:tc>
          <w:tcPr>
            <w:tcW w:w="1597" w:type="dxa"/>
          </w:tcPr>
          <w:p w14:paraId="26D07CD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7531AA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373C15A" w14:textId="77777777" w:rsidTr="00DC7C04">
        <w:trPr>
          <w:jc w:val="center"/>
        </w:trPr>
        <w:tc>
          <w:tcPr>
            <w:tcW w:w="445" w:type="dxa"/>
          </w:tcPr>
          <w:p w14:paraId="5CB8EB1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903" w:type="dxa"/>
          </w:tcPr>
          <w:p w14:paraId="3D1F9D42" w14:textId="284710AB" w:rsidR="00DC7C04" w:rsidRPr="00DC7C04" w:rsidRDefault="008649C8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PRINCE M. DOSSOUHOUAN</w:t>
            </w:r>
          </w:p>
        </w:tc>
        <w:tc>
          <w:tcPr>
            <w:tcW w:w="2317" w:type="dxa"/>
          </w:tcPr>
          <w:p w14:paraId="00E0C6E5" w14:textId="76CD5DFE" w:rsidR="00DC7C04" w:rsidRPr="00DC7C04" w:rsidRDefault="008649C8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r w:rsidR="00243F7B">
              <w:rPr>
                <w:rFonts w:ascii="Arial" w:hAnsi="Arial"/>
                <w:sz w:val="18"/>
              </w:rPr>
              <w:t>Representant Athletes</w:t>
            </w:r>
          </w:p>
        </w:tc>
        <w:tc>
          <w:tcPr>
            <w:tcW w:w="1597" w:type="dxa"/>
          </w:tcPr>
          <w:p w14:paraId="4A3AF17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24E5DD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5E924E8" w14:textId="77777777" w:rsidTr="00DC7C04">
        <w:trPr>
          <w:jc w:val="center"/>
        </w:trPr>
        <w:tc>
          <w:tcPr>
            <w:tcW w:w="445" w:type="dxa"/>
          </w:tcPr>
          <w:p w14:paraId="2ACD59E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903" w:type="dxa"/>
          </w:tcPr>
          <w:p w14:paraId="22FF0CAC" w14:textId="009C595B" w:rsidR="00DC7C04" w:rsidRPr="00DC7C04" w:rsidRDefault="00F43FE2" w:rsidP="00DC7C04">
            <w:pPr>
              <w:rPr>
                <w:rFonts w:ascii="Arial" w:hAnsi="Arial"/>
                <w:sz w:val="18"/>
                <w:lang w:val="fr-FR"/>
              </w:rPr>
            </w:pPr>
            <w:r w:rsidRPr="00F43FE2">
              <w:rPr>
                <w:rFonts w:ascii="Arial" w:hAnsi="Arial"/>
                <w:sz w:val="18"/>
                <w:lang w:val="fr-FR"/>
              </w:rPr>
              <w:t>DANHOUAN S. N. C. SERGIO</w:t>
            </w:r>
          </w:p>
        </w:tc>
        <w:tc>
          <w:tcPr>
            <w:tcW w:w="2317" w:type="dxa"/>
          </w:tcPr>
          <w:p w14:paraId="2D95F1D6" w14:textId="4CE370D6" w:rsidR="00DC7C04" w:rsidRPr="00DC7C04" w:rsidRDefault="00F43FE2" w:rsidP="00DC7C0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OG1</w:t>
            </w:r>
          </w:p>
        </w:tc>
        <w:tc>
          <w:tcPr>
            <w:tcW w:w="1597" w:type="dxa"/>
          </w:tcPr>
          <w:p w14:paraId="6C6B5FE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E4C085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CE4D913" w14:textId="77777777" w:rsidTr="00DC7C04">
        <w:trPr>
          <w:jc w:val="center"/>
        </w:trPr>
        <w:tc>
          <w:tcPr>
            <w:tcW w:w="445" w:type="dxa"/>
          </w:tcPr>
          <w:p w14:paraId="0C39CBC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903" w:type="dxa"/>
          </w:tcPr>
          <w:p w14:paraId="204A34C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9D7A0B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03C7D7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BA53B6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2561725" w14:textId="77777777" w:rsidTr="00DC7C04">
        <w:trPr>
          <w:jc w:val="center"/>
        </w:trPr>
        <w:tc>
          <w:tcPr>
            <w:tcW w:w="445" w:type="dxa"/>
          </w:tcPr>
          <w:p w14:paraId="3268951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903" w:type="dxa"/>
          </w:tcPr>
          <w:p w14:paraId="712BFEA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FD6079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0EE167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8E1325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2B59C15" w14:textId="77777777" w:rsidTr="00DC7C04">
        <w:trPr>
          <w:jc w:val="center"/>
        </w:trPr>
        <w:tc>
          <w:tcPr>
            <w:tcW w:w="445" w:type="dxa"/>
          </w:tcPr>
          <w:p w14:paraId="0BC2958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903" w:type="dxa"/>
          </w:tcPr>
          <w:p w14:paraId="42EE05A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05C7DD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754593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9EFE1C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ABE5599" w14:textId="77777777" w:rsidTr="00DC7C04">
        <w:trPr>
          <w:jc w:val="center"/>
        </w:trPr>
        <w:tc>
          <w:tcPr>
            <w:tcW w:w="445" w:type="dxa"/>
          </w:tcPr>
          <w:p w14:paraId="4C31B71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903" w:type="dxa"/>
          </w:tcPr>
          <w:p w14:paraId="2A49783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F95E32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437E46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F40F9D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5B41FFDF" w14:textId="77777777" w:rsidTr="00DC7C04">
        <w:trPr>
          <w:jc w:val="center"/>
        </w:trPr>
        <w:tc>
          <w:tcPr>
            <w:tcW w:w="445" w:type="dxa"/>
          </w:tcPr>
          <w:p w14:paraId="32E69EE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903" w:type="dxa"/>
          </w:tcPr>
          <w:p w14:paraId="546AF95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26EBFD8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66B1BF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61C6B0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FF757AB" w14:textId="77777777" w:rsidTr="00DC7C04">
        <w:trPr>
          <w:jc w:val="center"/>
        </w:trPr>
        <w:tc>
          <w:tcPr>
            <w:tcW w:w="445" w:type="dxa"/>
          </w:tcPr>
          <w:p w14:paraId="0E01E72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903" w:type="dxa"/>
          </w:tcPr>
          <w:p w14:paraId="7A0E890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1AABD00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C58410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0C3BB5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1AECAA7" w14:textId="77777777" w:rsidTr="00DC7C04">
        <w:trPr>
          <w:jc w:val="center"/>
        </w:trPr>
        <w:tc>
          <w:tcPr>
            <w:tcW w:w="445" w:type="dxa"/>
          </w:tcPr>
          <w:p w14:paraId="6EEB0B3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903" w:type="dxa"/>
          </w:tcPr>
          <w:p w14:paraId="4A1A43D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CA9DA3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B261A0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FC207B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D5B4B82" w14:textId="77777777" w:rsidTr="00DC7C04">
        <w:trPr>
          <w:jc w:val="center"/>
        </w:trPr>
        <w:tc>
          <w:tcPr>
            <w:tcW w:w="445" w:type="dxa"/>
          </w:tcPr>
          <w:p w14:paraId="49A133F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903" w:type="dxa"/>
          </w:tcPr>
          <w:p w14:paraId="48539FF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B2D802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B9A50C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A1AB33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20CD697" w14:textId="77777777" w:rsidTr="00DC7C04">
        <w:trPr>
          <w:jc w:val="center"/>
        </w:trPr>
        <w:tc>
          <w:tcPr>
            <w:tcW w:w="445" w:type="dxa"/>
          </w:tcPr>
          <w:p w14:paraId="426C88F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903" w:type="dxa"/>
          </w:tcPr>
          <w:p w14:paraId="58CFB4F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335F236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3DE09E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82F84F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8A269DA" w14:textId="77777777" w:rsidTr="00DC7C04">
        <w:trPr>
          <w:jc w:val="center"/>
        </w:trPr>
        <w:tc>
          <w:tcPr>
            <w:tcW w:w="445" w:type="dxa"/>
          </w:tcPr>
          <w:p w14:paraId="3191370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903" w:type="dxa"/>
          </w:tcPr>
          <w:p w14:paraId="2AF9992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476610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0C75829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320B3E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9DB9E19" w14:textId="77777777" w:rsidTr="00DC7C04">
        <w:trPr>
          <w:jc w:val="center"/>
        </w:trPr>
        <w:tc>
          <w:tcPr>
            <w:tcW w:w="445" w:type="dxa"/>
          </w:tcPr>
          <w:p w14:paraId="39C3AE3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903" w:type="dxa"/>
          </w:tcPr>
          <w:p w14:paraId="22FFE5B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E1BDCD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DF3212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34ADBB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394CFBC6" w14:textId="77777777" w:rsidR="00DC7C04" w:rsidRDefault="00DC7C04" w:rsidP="00DC7C04">
      <w:pPr>
        <w:rPr>
          <w:rFonts w:ascii="Arial" w:hAnsi="Arial"/>
          <w:sz w:val="18"/>
        </w:rPr>
      </w:pPr>
    </w:p>
    <w:p w14:paraId="16F0D871" w14:textId="77777777" w:rsidR="0017130B" w:rsidRDefault="0017130B" w:rsidP="00DC7C04">
      <w:pPr>
        <w:rPr>
          <w:rFonts w:ascii="Arial" w:hAnsi="Arial"/>
          <w:sz w:val="18"/>
        </w:rPr>
      </w:pPr>
    </w:p>
    <w:p w14:paraId="0C703C2C" w14:textId="77777777" w:rsidR="0017130B" w:rsidRPr="00DC7C04" w:rsidRDefault="0017130B" w:rsidP="00DC7C04">
      <w:pPr>
        <w:rPr>
          <w:rFonts w:ascii="Arial" w:hAnsi="Arial"/>
          <w:sz w:val="18"/>
        </w:rPr>
      </w:pPr>
    </w:p>
    <w:p w14:paraId="5963BAD6" w14:textId="77777777" w:rsidR="00DC7C04" w:rsidRPr="00DC7C04" w:rsidRDefault="00DC7C04" w:rsidP="00DC7C04">
      <w:pPr>
        <w:rPr>
          <w:rFonts w:ascii="Arial" w:hAnsi="Arial"/>
          <w:sz w:val="18"/>
        </w:rPr>
      </w:pPr>
      <w:r w:rsidRPr="00DC7C04">
        <w:rPr>
          <w:rFonts w:ascii="Arial" w:hAnsi="Arial"/>
          <w:b/>
          <w:sz w:val="18"/>
        </w:rPr>
        <w:lastRenderedPageBreak/>
        <w:t>9. Galaxy Baseball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2903"/>
        <w:gridCol w:w="2317"/>
        <w:gridCol w:w="1597"/>
        <w:gridCol w:w="1368"/>
      </w:tblGrid>
      <w:tr w:rsidR="00DC7C04" w:rsidRPr="00DC7C04" w14:paraId="41598BFF" w14:textId="77777777" w:rsidTr="00DC7C04">
        <w:trPr>
          <w:jc w:val="center"/>
        </w:trPr>
        <w:tc>
          <w:tcPr>
            <w:tcW w:w="445" w:type="dxa"/>
          </w:tcPr>
          <w:p w14:paraId="620390C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903" w:type="dxa"/>
          </w:tcPr>
          <w:p w14:paraId="3DD56DB2" w14:textId="77777777" w:rsidR="00DC7C04" w:rsidRPr="00DC7C04" w:rsidRDefault="00DC7C04" w:rsidP="00DC7C04">
            <w:pPr>
              <w:rPr>
                <w:rFonts w:ascii="Arial" w:hAnsi="Arial"/>
                <w:sz w:val="18"/>
                <w:lang w:val="fr-FR"/>
              </w:rPr>
            </w:pPr>
            <w:r w:rsidRPr="00DC7C04">
              <w:rPr>
                <w:rFonts w:ascii="Arial" w:hAnsi="Arial"/>
                <w:b/>
                <w:sz w:val="18"/>
                <w:lang w:val="fr-FR"/>
              </w:rPr>
              <w:t>Nom et prénom du postulant</w:t>
            </w:r>
          </w:p>
        </w:tc>
        <w:tc>
          <w:tcPr>
            <w:tcW w:w="2317" w:type="dxa"/>
          </w:tcPr>
          <w:p w14:paraId="3FDE0BD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Poste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convoité</w:t>
            </w:r>
            <w:proofErr w:type="spellEnd"/>
          </w:p>
        </w:tc>
        <w:tc>
          <w:tcPr>
            <w:tcW w:w="1597" w:type="dxa"/>
          </w:tcPr>
          <w:p w14:paraId="447A4B6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 xml:space="preserve">Dossier </w:t>
            </w:r>
            <w:proofErr w:type="spellStart"/>
            <w:r w:rsidRPr="00DC7C04">
              <w:rPr>
                <w:rFonts w:ascii="Arial" w:hAnsi="Arial"/>
                <w:b/>
                <w:sz w:val="18"/>
              </w:rPr>
              <w:t>reçu</w:t>
            </w:r>
            <w:proofErr w:type="spellEnd"/>
          </w:p>
        </w:tc>
        <w:tc>
          <w:tcPr>
            <w:tcW w:w="1368" w:type="dxa"/>
          </w:tcPr>
          <w:p w14:paraId="22AC26C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b/>
                <w:sz w:val="18"/>
              </w:rPr>
              <w:t>Observations</w:t>
            </w:r>
          </w:p>
        </w:tc>
      </w:tr>
      <w:tr w:rsidR="00DC7C04" w:rsidRPr="00DC7C04" w14:paraId="41A00A1B" w14:textId="77777777" w:rsidTr="00DC7C04">
        <w:trPr>
          <w:jc w:val="center"/>
        </w:trPr>
        <w:tc>
          <w:tcPr>
            <w:tcW w:w="445" w:type="dxa"/>
          </w:tcPr>
          <w:p w14:paraId="235C835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903" w:type="dxa"/>
          </w:tcPr>
          <w:p w14:paraId="2F2761F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14E5436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A56982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7173D8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C281416" w14:textId="77777777" w:rsidTr="00DC7C04">
        <w:trPr>
          <w:jc w:val="center"/>
        </w:trPr>
        <w:tc>
          <w:tcPr>
            <w:tcW w:w="445" w:type="dxa"/>
          </w:tcPr>
          <w:p w14:paraId="33B0922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903" w:type="dxa"/>
          </w:tcPr>
          <w:p w14:paraId="17E32AE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0F084E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6276E3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1BC9EE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0EDCEE2" w14:textId="77777777" w:rsidTr="00DC7C04">
        <w:trPr>
          <w:jc w:val="center"/>
        </w:trPr>
        <w:tc>
          <w:tcPr>
            <w:tcW w:w="445" w:type="dxa"/>
          </w:tcPr>
          <w:p w14:paraId="3897793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903" w:type="dxa"/>
          </w:tcPr>
          <w:p w14:paraId="2611278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B26B1B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67BEE5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2B72DF5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1A1ED0C0" w14:textId="77777777" w:rsidTr="00DC7C04">
        <w:trPr>
          <w:jc w:val="center"/>
        </w:trPr>
        <w:tc>
          <w:tcPr>
            <w:tcW w:w="445" w:type="dxa"/>
          </w:tcPr>
          <w:p w14:paraId="6E26B79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903" w:type="dxa"/>
          </w:tcPr>
          <w:p w14:paraId="5E5E606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5A4C74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D7CC3C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3670A2B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DA78C18" w14:textId="77777777" w:rsidTr="00DC7C04">
        <w:trPr>
          <w:jc w:val="center"/>
        </w:trPr>
        <w:tc>
          <w:tcPr>
            <w:tcW w:w="445" w:type="dxa"/>
          </w:tcPr>
          <w:p w14:paraId="2B3B04C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903" w:type="dxa"/>
          </w:tcPr>
          <w:p w14:paraId="12342F6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70A35D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5DC13DC5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96B8A5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610AA657" w14:textId="77777777" w:rsidTr="00DC7C04">
        <w:trPr>
          <w:jc w:val="center"/>
        </w:trPr>
        <w:tc>
          <w:tcPr>
            <w:tcW w:w="445" w:type="dxa"/>
          </w:tcPr>
          <w:p w14:paraId="6FB62FA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903" w:type="dxa"/>
          </w:tcPr>
          <w:p w14:paraId="3B504AE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1256635A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72E2899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0D8323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3AE835BC" w14:textId="77777777" w:rsidTr="00DC7C04">
        <w:trPr>
          <w:jc w:val="center"/>
        </w:trPr>
        <w:tc>
          <w:tcPr>
            <w:tcW w:w="445" w:type="dxa"/>
          </w:tcPr>
          <w:p w14:paraId="709C534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903" w:type="dxa"/>
          </w:tcPr>
          <w:p w14:paraId="3834F9A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359801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7B949E3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F86A15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25338B9E" w14:textId="77777777" w:rsidTr="00DC7C04">
        <w:trPr>
          <w:jc w:val="center"/>
        </w:trPr>
        <w:tc>
          <w:tcPr>
            <w:tcW w:w="445" w:type="dxa"/>
          </w:tcPr>
          <w:p w14:paraId="796250CC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903" w:type="dxa"/>
          </w:tcPr>
          <w:p w14:paraId="4BC2AAB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061B9A5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BFC414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476267C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4742AD7" w14:textId="77777777" w:rsidTr="00DC7C04">
        <w:trPr>
          <w:jc w:val="center"/>
        </w:trPr>
        <w:tc>
          <w:tcPr>
            <w:tcW w:w="445" w:type="dxa"/>
          </w:tcPr>
          <w:p w14:paraId="457FF5D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903" w:type="dxa"/>
          </w:tcPr>
          <w:p w14:paraId="5906A02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E3AE5B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48B666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2E3B3C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F956E04" w14:textId="77777777" w:rsidTr="00DC7C04">
        <w:trPr>
          <w:jc w:val="center"/>
        </w:trPr>
        <w:tc>
          <w:tcPr>
            <w:tcW w:w="445" w:type="dxa"/>
          </w:tcPr>
          <w:p w14:paraId="779C3C4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903" w:type="dxa"/>
          </w:tcPr>
          <w:p w14:paraId="3FC0E57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662F6A94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418AEFE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01FE307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04B99A96" w14:textId="77777777" w:rsidTr="00DC7C04">
        <w:trPr>
          <w:jc w:val="center"/>
        </w:trPr>
        <w:tc>
          <w:tcPr>
            <w:tcW w:w="445" w:type="dxa"/>
          </w:tcPr>
          <w:p w14:paraId="72AA58C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903" w:type="dxa"/>
          </w:tcPr>
          <w:p w14:paraId="0C1DE76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7242102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6B73D1C2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542F4E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C9953E7" w14:textId="77777777" w:rsidTr="00DC7C04">
        <w:trPr>
          <w:jc w:val="center"/>
        </w:trPr>
        <w:tc>
          <w:tcPr>
            <w:tcW w:w="445" w:type="dxa"/>
          </w:tcPr>
          <w:p w14:paraId="5F6C121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903" w:type="dxa"/>
          </w:tcPr>
          <w:p w14:paraId="4FFF76B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167938D3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4385A5E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793B8CE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D8DACEC" w14:textId="77777777" w:rsidTr="00DC7C04">
        <w:trPr>
          <w:jc w:val="center"/>
        </w:trPr>
        <w:tc>
          <w:tcPr>
            <w:tcW w:w="445" w:type="dxa"/>
          </w:tcPr>
          <w:p w14:paraId="2134CAF8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903" w:type="dxa"/>
          </w:tcPr>
          <w:p w14:paraId="015B3DED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2463588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124926E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1B66B07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738A7B7C" w14:textId="77777777" w:rsidTr="00DC7C04">
        <w:trPr>
          <w:jc w:val="center"/>
        </w:trPr>
        <w:tc>
          <w:tcPr>
            <w:tcW w:w="445" w:type="dxa"/>
          </w:tcPr>
          <w:p w14:paraId="4F2FC57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903" w:type="dxa"/>
          </w:tcPr>
          <w:p w14:paraId="76B6713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5021494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280518F6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669B6BFB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  <w:tr w:rsidR="00DC7C04" w:rsidRPr="00DC7C04" w14:paraId="45214ACC" w14:textId="77777777" w:rsidTr="00DC7C04">
        <w:trPr>
          <w:jc w:val="center"/>
        </w:trPr>
        <w:tc>
          <w:tcPr>
            <w:tcW w:w="445" w:type="dxa"/>
          </w:tcPr>
          <w:p w14:paraId="22B0353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903" w:type="dxa"/>
          </w:tcPr>
          <w:p w14:paraId="5CF55711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2317" w:type="dxa"/>
          </w:tcPr>
          <w:p w14:paraId="4B19FED7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  <w:tc>
          <w:tcPr>
            <w:tcW w:w="1597" w:type="dxa"/>
          </w:tcPr>
          <w:p w14:paraId="3F526BE0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r w:rsidRPr="00DC7C04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DC7C04">
              <w:rPr>
                <w:rFonts w:ascii="Arial" w:hAnsi="Arial"/>
                <w:sz w:val="18"/>
              </w:rPr>
              <w:t xml:space="preserve">Oui  </w:t>
            </w:r>
            <w:r w:rsidRPr="00DC7C04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DC7C04">
              <w:rPr>
                <w:rFonts w:ascii="Arial" w:hAnsi="Arial"/>
                <w:sz w:val="18"/>
              </w:rPr>
              <w:t xml:space="preserve"> Non</w:t>
            </w:r>
          </w:p>
        </w:tc>
        <w:tc>
          <w:tcPr>
            <w:tcW w:w="1368" w:type="dxa"/>
          </w:tcPr>
          <w:p w14:paraId="58014E2F" w14:textId="77777777" w:rsidR="00DC7C04" w:rsidRPr="00DC7C04" w:rsidRDefault="00DC7C04" w:rsidP="00DC7C04">
            <w:pPr>
              <w:rPr>
                <w:rFonts w:ascii="Arial" w:hAnsi="Arial"/>
                <w:sz w:val="18"/>
              </w:rPr>
            </w:pPr>
          </w:p>
        </w:tc>
      </w:tr>
    </w:tbl>
    <w:p w14:paraId="293F5944" w14:textId="77777777" w:rsidR="00DC7C04" w:rsidRPr="00DC7C04" w:rsidRDefault="00DC7C04" w:rsidP="00DC7C04">
      <w:pPr>
        <w:rPr>
          <w:rFonts w:ascii="Arial" w:hAnsi="Arial"/>
          <w:sz w:val="18"/>
        </w:rPr>
      </w:pPr>
    </w:p>
    <w:p w14:paraId="2A96DFB6" w14:textId="7E50416B" w:rsidR="008B01AC" w:rsidRPr="0045487C" w:rsidRDefault="008B01AC" w:rsidP="0045487C">
      <w:pPr>
        <w:jc w:val="right"/>
        <w:rPr>
          <w:rFonts w:ascii="Times New Roman" w:hAnsi="Times New Roman"/>
          <w:bCs/>
          <w:sz w:val="24"/>
          <w:lang w:val="fr-FR"/>
        </w:rPr>
      </w:pPr>
    </w:p>
    <w:sectPr w:rsidR="008B01AC" w:rsidRPr="0045487C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CB6F2" w14:textId="77777777" w:rsidR="00A03397" w:rsidRDefault="00A03397">
      <w:pPr>
        <w:spacing w:after="0" w:line="240" w:lineRule="auto"/>
      </w:pPr>
      <w:r>
        <w:separator/>
      </w:r>
    </w:p>
  </w:endnote>
  <w:endnote w:type="continuationSeparator" w:id="0">
    <w:p w14:paraId="654449C1" w14:textId="77777777" w:rsidR="00A03397" w:rsidRDefault="00A03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81A2B" w14:textId="77777777" w:rsidR="009A5DAA" w:rsidRPr="009A5DAA" w:rsidRDefault="009A5DAA" w:rsidP="009A5DAA">
    <w:pPr>
      <w:spacing w:after="0" w:line="239" w:lineRule="auto"/>
      <w:jc w:val="center"/>
      <w:rPr>
        <w:rFonts w:ascii="Times New Roman" w:eastAsia="Times New Roman" w:hAnsi="Times New Roman" w:cs="Times New Roman"/>
        <w:b/>
        <w:color w:val="000000"/>
        <w:sz w:val="24"/>
        <w:lang w:val="fr-FR" w:eastAsia="fr-FR"/>
      </w:rPr>
    </w:pPr>
    <w:r w:rsidRPr="009A5DAA">
      <w:rPr>
        <w:rFonts w:ascii="Times New Roman" w:eastAsia="Times New Roman" w:hAnsi="Times New Roman" w:cs="Times New Roman"/>
        <w:b/>
        <w:color w:val="000000"/>
        <w:sz w:val="24"/>
        <w:lang w:val="fr-FR" w:eastAsia="fr-FR"/>
      </w:rPr>
      <w:t>FEDERATION BENINOISE DE BASEBALL ET DE SOFTBALL</w:t>
    </w:r>
  </w:p>
  <w:p w14:paraId="7220B644" w14:textId="14A1DEA6" w:rsidR="009A5DAA" w:rsidRPr="009A5DAA" w:rsidRDefault="009A5DAA" w:rsidP="009A5DAA">
    <w:pPr>
      <w:spacing w:after="0" w:line="239" w:lineRule="auto"/>
      <w:jc w:val="center"/>
      <w:rPr>
        <w:rFonts w:ascii="Times New Roman" w:eastAsia="Times New Roman" w:hAnsi="Times New Roman" w:cs="Times New Roman"/>
        <w:color w:val="000000"/>
        <w:sz w:val="10"/>
        <w:lang w:val="fr-FR" w:eastAsia="fr-FR"/>
      </w:rPr>
    </w:pPr>
    <w:r w:rsidRPr="009A5DAA">
      <w:rPr>
        <w:rFonts w:ascii="Times New Roman" w:eastAsia="Times New Roman" w:hAnsi="Times New Roman" w:cs="Times New Roman"/>
        <w:noProof/>
        <w:color w:val="000000"/>
        <w:sz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C0BB72B" wp14:editId="27643B33">
              <wp:simplePos x="0" y="0"/>
              <wp:positionH relativeFrom="margin">
                <wp:posOffset>-208800</wp:posOffset>
              </wp:positionH>
              <wp:positionV relativeFrom="paragraph">
                <wp:posOffset>95045</wp:posOffset>
              </wp:positionV>
              <wp:extent cx="620371" cy="381269"/>
              <wp:effectExtent l="0" t="0" r="8890" b="0"/>
              <wp:wrapNone/>
              <wp:docPr id="1473684443" name="Zone de texte 14736844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0371" cy="381269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3500F79" w14:textId="77777777" w:rsidR="009A5DAA" w:rsidRDefault="009A5DAA" w:rsidP="009A5DA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16E86B4" wp14:editId="58325086">
                                <wp:extent cx="408600" cy="258488"/>
                                <wp:effectExtent l="0" t="0" r="0" b="8255"/>
                                <wp:docPr id="790116291" name="Image 79011629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Wbsc-logo.svg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53918" cy="28715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0BB72B" id="_x0000_t202" coordsize="21600,21600" o:spt="202" path="m,l,21600r21600,l21600,xe">
              <v:stroke joinstyle="miter"/>
              <v:path gradientshapeok="t" o:connecttype="rect"/>
            </v:shapetype>
            <v:shape id="Zone de texte 1473684443" o:spid="_x0000_s1034" type="#_x0000_t202" style="position:absolute;left:0;text-align:left;margin-left:-16.45pt;margin-top:7.5pt;width:48.85pt;height:30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" fillcolor="window" stroked="f" strokeweight=".5pt">
              <v:textbox>
                <w:txbxContent>
                  <w:p w14:paraId="63500F79" w14:textId="77777777" w:rsidR="009A5DAA" w:rsidRDefault="009A5DAA" w:rsidP="009A5DAA">
                    <w:r>
                      <w:rPr>
                        <w:noProof/>
                      </w:rPr>
                      <w:drawing>
                        <wp:inline distT="0" distB="0" distL="0" distR="0" wp14:anchorId="116E86B4" wp14:editId="58325086">
                          <wp:extent cx="408600" cy="258488"/>
                          <wp:effectExtent l="0" t="0" r="0" b="8255"/>
                          <wp:docPr id="790116291" name="Image 79011629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Wbsc-logo.svg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53918" cy="28715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5DAA">
      <w:rPr>
        <w:rFonts w:ascii="Times New Roman" w:eastAsia="Times New Roman" w:hAnsi="Times New Roman" w:cs="Times New Roman"/>
        <w:color w:val="000000"/>
        <w:sz w:val="10"/>
        <w:lang w:val="fr-FR" w:eastAsia="fr-FR"/>
      </w:rPr>
      <w:t>ADDRESSE : LOT 800 HAIE VIVE, MAISON DES FEDERATION, 03 BP : 1260 COTONOU/BENIN Compte NO 34660580002 Banque Atlantique</w:t>
    </w:r>
  </w:p>
  <w:p w14:paraId="6BFD35F4" w14:textId="4570D4D6" w:rsidR="009A5DAA" w:rsidRPr="009A5DAA" w:rsidRDefault="009A5DAA" w:rsidP="009A5DAA">
    <w:pPr>
      <w:spacing w:after="0" w:line="239" w:lineRule="auto"/>
      <w:jc w:val="center"/>
      <w:rPr>
        <w:rFonts w:ascii="Times New Roman" w:eastAsia="Times New Roman" w:hAnsi="Times New Roman" w:cs="Times New Roman"/>
        <w:color w:val="000000"/>
        <w:sz w:val="12"/>
        <w:lang w:val="fr-FR" w:eastAsia="fr-FR"/>
      </w:rPr>
    </w:pPr>
    <w:r w:rsidRPr="009A5DAA">
      <w:rPr>
        <w:rFonts w:ascii="Times New Roman" w:eastAsia="Times New Roman" w:hAnsi="Times New Roman" w:cs="Times New Roman"/>
        <w:color w:val="000000"/>
        <w:sz w:val="10"/>
        <w:lang w:val="fr-FR" w:eastAsia="fr-FR"/>
      </w:rPr>
      <w:t>E-MAIL : fede2bs@yahoo.com, Tel : 0197966508/0167639564</w:t>
    </w:r>
    <w:r w:rsidRPr="009A5DAA">
      <w:rPr>
        <w:rFonts w:ascii="Times New Roman" w:eastAsia="Times New Roman" w:hAnsi="Times New Roman" w:cs="Times New Roman"/>
        <w:noProof/>
        <w:color w:val="000000"/>
        <w:sz w:val="28"/>
      </w:rPr>
      <w:drawing>
        <wp:anchor distT="0" distB="0" distL="114300" distR="114300" simplePos="0" relativeHeight="251656704" behindDoc="0" locked="0" layoutInCell="1" allowOverlap="1" wp14:anchorId="53486656" wp14:editId="646FF1DE">
          <wp:simplePos x="0" y="0"/>
          <wp:positionH relativeFrom="column">
            <wp:posOffset>5597302</wp:posOffset>
          </wp:positionH>
          <wp:positionV relativeFrom="paragraph">
            <wp:posOffset>19149</wp:posOffset>
          </wp:positionV>
          <wp:extent cx="433512" cy="326390"/>
          <wp:effectExtent l="0" t="0" r="5080" b="0"/>
          <wp:wrapNone/>
          <wp:docPr id="2128235473" name="Picture 5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" name="Picture 53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512" cy="32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1387435" w14:textId="77777777" w:rsidR="009A5DAA" w:rsidRPr="009A5DAA" w:rsidRDefault="009A5DAA" w:rsidP="009A5DAA">
    <w:pPr>
      <w:pStyle w:val="Pieddepage"/>
      <w:ind w:firstLine="720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0A0B7" w14:textId="77777777" w:rsidR="00A03397" w:rsidRDefault="00A03397">
      <w:pPr>
        <w:spacing w:after="0" w:line="240" w:lineRule="auto"/>
      </w:pPr>
      <w:r>
        <w:separator/>
      </w:r>
    </w:p>
  </w:footnote>
  <w:footnote w:type="continuationSeparator" w:id="0">
    <w:p w14:paraId="750FCC2D" w14:textId="77777777" w:rsidR="00A03397" w:rsidRDefault="00A03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C8C7D" w14:textId="316244FC" w:rsidR="005023DD" w:rsidRPr="009A5DAA" w:rsidRDefault="009A5DAA">
    <w:pPr>
      <w:pStyle w:val="En-tte"/>
      <w:rPr>
        <w:lang w:val="fr-FR"/>
      </w:rPr>
    </w:pPr>
    <w:r>
      <w:rPr>
        <w:b/>
        <w:noProof/>
        <w:color w:val="4F81BD" w:themeColor="accent1"/>
        <w:sz w:val="28"/>
        <w:lang w:val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ED7142B" wp14:editId="72BDCC0C">
              <wp:simplePos x="0" y="0"/>
              <wp:positionH relativeFrom="column">
                <wp:posOffset>-127380</wp:posOffset>
              </wp:positionH>
              <wp:positionV relativeFrom="paragraph">
                <wp:posOffset>-326840</wp:posOffset>
              </wp:positionV>
              <wp:extent cx="1137600" cy="964800"/>
              <wp:effectExtent l="0" t="0" r="5715" b="6985"/>
              <wp:wrapNone/>
              <wp:docPr id="974894057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600" cy="96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692D6F" w14:textId="27E01367" w:rsidR="009A5DAA" w:rsidRDefault="009A5DA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551894" wp14:editId="4990F0C3">
                                <wp:extent cx="885600" cy="866775"/>
                                <wp:effectExtent l="0" t="0" r="0" b="0"/>
                                <wp:docPr id="544257930" name="Ima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44257930" name="Image 54425793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86207" cy="8673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ED7142B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33" type="#_x0000_t202" style="position:absolute;margin-left:-10.05pt;margin-top:-25.75pt;width:89.55pt;height:75.9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" fillcolor="white [3201]" stroked="f" strokeweight=".5pt">
              <v:textbox>
                <w:txbxContent>
                  <w:p w14:paraId="7D692D6F" w14:textId="27E01367" w:rsidR="009A5DAA" w:rsidRDefault="009A5DAA">
                    <w:r>
                      <w:rPr>
                        <w:noProof/>
                      </w:rPr>
                      <w:drawing>
                        <wp:inline distT="0" distB="0" distL="0" distR="0" wp14:anchorId="5A551894" wp14:editId="4990F0C3">
                          <wp:extent cx="885600" cy="866775"/>
                          <wp:effectExtent l="0" t="0" r="0" b="0"/>
                          <wp:docPr id="544257930" name="Imag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44257930" name="Image 544257930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86207" cy="8673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color w:val="4F81BD" w:themeColor="accent1"/>
        <w:sz w:val="28"/>
        <w:lang w:val="fr-FR"/>
      </w:rPr>
      <w:t xml:space="preserve">                       </w:t>
    </w:r>
    <w:r w:rsidR="000A006A">
      <w:rPr>
        <w:b/>
        <w:color w:val="4F81BD" w:themeColor="accent1"/>
        <w:sz w:val="28"/>
        <w:lang w:val="fr-FR"/>
      </w:rPr>
      <w:t xml:space="preserve">    </w:t>
    </w:r>
    <w:r w:rsidRPr="009A5DAA">
      <w:rPr>
        <w:b/>
        <w:color w:val="4F81BD" w:themeColor="accent1"/>
        <w:sz w:val="28"/>
        <w:lang w:val="fr-FR"/>
      </w:rPr>
      <w:t>FÉDÉRATION BÉNINOISE DE BASEBALL ET SOFTBALL</w:t>
    </w:r>
    <w:r w:rsidRPr="009A5DAA">
      <w:rPr>
        <w:b/>
        <w:sz w:val="28"/>
        <w:lang w:val="fr-FR"/>
      </w:rPr>
      <w:br/>
    </w:r>
  </w:p>
  <w:p w14:paraId="6A164E55" w14:textId="3A2C04FB" w:rsidR="005023DD" w:rsidRPr="009A5DAA" w:rsidRDefault="000A006A" w:rsidP="00EE4514">
    <w:pPr>
      <w:jc w:val="center"/>
      <w:rPr>
        <w:lang w:val="fr-FR"/>
      </w:rPr>
    </w:pPr>
    <w:r>
      <w:rPr>
        <w:lang w:val="fr-FR"/>
      </w:rPr>
      <w:t xml:space="preserve">                              </w:t>
    </w:r>
    <w:r w:rsidR="009A5DAA" w:rsidRPr="009A5DAA">
      <w:rPr>
        <w:lang w:val="fr-FR"/>
      </w:rPr>
      <w:t>Email : fede2bs@yahoo.com | Cotonou, Bénin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650B15"/>
    <w:multiLevelType w:val="multilevel"/>
    <w:tmpl w:val="B5D2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A7351B"/>
    <w:multiLevelType w:val="multilevel"/>
    <w:tmpl w:val="09C2D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787569"/>
    <w:multiLevelType w:val="multilevel"/>
    <w:tmpl w:val="1238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8B0FBC"/>
    <w:multiLevelType w:val="multilevel"/>
    <w:tmpl w:val="2E1C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E926DE"/>
    <w:multiLevelType w:val="multilevel"/>
    <w:tmpl w:val="980E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626D9C"/>
    <w:multiLevelType w:val="hybridMultilevel"/>
    <w:tmpl w:val="AF70DA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92055">
    <w:abstractNumId w:val="8"/>
  </w:num>
  <w:num w:numId="2" w16cid:durableId="882210916">
    <w:abstractNumId w:val="6"/>
  </w:num>
  <w:num w:numId="3" w16cid:durableId="750352601">
    <w:abstractNumId w:val="5"/>
  </w:num>
  <w:num w:numId="4" w16cid:durableId="1121025563">
    <w:abstractNumId w:val="4"/>
  </w:num>
  <w:num w:numId="5" w16cid:durableId="1529953252">
    <w:abstractNumId w:val="7"/>
  </w:num>
  <w:num w:numId="6" w16cid:durableId="39475547">
    <w:abstractNumId w:val="3"/>
  </w:num>
  <w:num w:numId="7" w16cid:durableId="2050956085">
    <w:abstractNumId w:val="2"/>
  </w:num>
  <w:num w:numId="8" w16cid:durableId="1385524579">
    <w:abstractNumId w:val="1"/>
  </w:num>
  <w:num w:numId="9" w16cid:durableId="1046684462">
    <w:abstractNumId w:val="0"/>
  </w:num>
  <w:num w:numId="10" w16cid:durableId="168105151">
    <w:abstractNumId w:val="9"/>
  </w:num>
  <w:num w:numId="11" w16cid:durableId="2043355620">
    <w:abstractNumId w:val="11"/>
  </w:num>
  <w:num w:numId="12" w16cid:durableId="1389915162">
    <w:abstractNumId w:val="13"/>
  </w:num>
  <w:num w:numId="13" w16cid:durableId="808090736">
    <w:abstractNumId w:val="10"/>
  </w:num>
  <w:num w:numId="14" w16cid:durableId="792090837">
    <w:abstractNumId w:val="12"/>
  </w:num>
  <w:num w:numId="15" w16cid:durableId="19365948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06A"/>
    <w:rsid w:val="000D2B7D"/>
    <w:rsid w:val="000F7010"/>
    <w:rsid w:val="00105E72"/>
    <w:rsid w:val="001129EA"/>
    <w:rsid w:val="00147D41"/>
    <w:rsid w:val="0015074B"/>
    <w:rsid w:val="0017130B"/>
    <w:rsid w:val="001A70B5"/>
    <w:rsid w:val="001F1BFB"/>
    <w:rsid w:val="00236933"/>
    <w:rsid w:val="00243F7B"/>
    <w:rsid w:val="0029639D"/>
    <w:rsid w:val="00326F90"/>
    <w:rsid w:val="003544E6"/>
    <w:rsid w:val="003B047A"/>
    <w:rsid w:val="003C2E64"/>
    <w:rsid w:val="00427BF7"/>
    <w:rsid w:val="00446400"/>
    <w:rsid w:val="00452205"/>
    <w:rsid w:val="0045487C"/>
    <w:rsid w:val="005023DD"/>
    <w:rsid w:val="00516CD9"/>
    <w:rsid w:val="00544A81"/>
    <w:rsid w:val="00565FDF"/>
    <w:rsid w:val="005A0B32"/>
    <w:rsid w:val="005D1EAF"/>
    <w:rsid w:val="00617117"/>
    <w:rsid w:val="00725D27"/>
    <w:rsid w:val="007C5632"/>
    <w:rsid w:val="008031CC"/>
    <w:rsid w:val="00841814"/>
    <w:rsid w:val="008649C8"/>
    <w:rsid w:val="00880BC0"/>
    <w:rsid w:val="008B01AC"/>
    <w:rsid w:val="008C6A5D"/>
    <w:rsid w:val="009255FB"/>
    <w:rsid w:val="00976030"/>
    <w:rsid w:val="009A5DAA"/>
    <w:rsid w:val="009E00FD"/>
    <w:rsid w:val="00A03397"/>
    <w:rsid w:val="00A476CC"/>
    <w:rsid w:val="00A92C26"/>
    <w:rsid w:val="00AA1D8D"/>
    <w:rsid w:val="00B065F9"/>
    <w:rsid w:val="00B10A79"/>
    <w:rsid w:val="00B47730"/>
    <w:rsid w:val="00B71549"/>
    <w:rsid w:val="00BA49B1"/>
    <w:rsid w:val="00C530B6"/>
    <w:rsid w:val="00C61F00"/>
    <w:rsid w:val="00C64266"/>
    <w:rsid w:val="00C65777"/>
    <w:rsid w:val="00C83DEA"/>
    <w:rsid w:val="00CA67BE"/>
    <w:rsid w:val="00CA719A"/>
    <w:rsid w:val="00CB0664"/>
    <w:rsid w:val="00D05606"/>
    <w:rsid w:val="00D13A74"/>
    <w:rsid w:val="00D13E72"/>
    <w:rsid w:val="00D72AE1"/>
    <w:rsid w:val="00DB6947"/>
    <w:rsid w:val="00DC7C04"/>
    <w:rsid w:val="00DD7FD2"/>
    <w:rsid w:val="00DE6CA6"/>
    <w:rsid w:val="00E5520B"/>
    <w:rsid w:val="00EE4514"/>
    <w:rsid w:val="00EF2327"/>
    <w:rsid w:val="00F138BC"/>
    <w:rsid w:val="00F43F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357640"/>
  <w14:defaultImageDpi w14:val="300"/>
  <w15:docId w15:val="{4701CC9D-05FB-474D-8514-32459790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1A70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690</Words>
  <Characters>3935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ROMUALD HOUEGBEME</cp:lastModifiedBy>
  <cp:revision>3</cp:revision>
  <cp:lastPrinted>2026-08-13T14:24:00Z</cp:lastPrinted>
  <dcterms:created xsi:type="dcterms:W3CDTF">2026-08-18T12:35:00Z</dcterms:created>
  <dcterms:modified xsi:type="dcterms:W3CDTF">2026-08-18T12:37:00Z</dcterms:modified>
  <cp:category/>
</cp:coreProperties>
</file>